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DBFA" w14:textId="77777777" w:rsidR="0057105C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7CC64487" wp14:editId="5D3FF623">
            <wp:extent cx="6083999" cy="16572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999" cy="165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BEA14" w14:textId="77777777" w:rsidR="0057105C" w:rsidRDefault="00000000">
      <w:pPr>
        <w:spacing w:after="40"/>
        <w:jc w:val="right"/>
      </w:pPr>
      <w:r>
        <w:rPr>
          <w:i/>
          <w:color w:val="5A5A5A"/>
          <w:sz w:val="17"/>
        </w:rPr>
        <w:t>Allegato alla Circolare n. 07 del 04/09/2026</w:t>
      </w:r>
    </w:p>
    <w:p w14:paraId="090FB618" w14:textId="77777777" w:rsidR="0057105C" w:rsidRDefault="00000000">
      <w:pPr>
        <w:spacing w:before="40" w:after="40"/>
        <w:jc w:val="center"/>
      </w:pPr>
      <w:r>
        <w:rPr>
          <w:b/>
          <w:color w:val="1F4E79"/>
          <w:sz w:val="28"/>
        </w:rPr>
        <w:t>MODULO DI CANDIDATURA</w:t>
      </w:r>
    </w:p>
    <w:p w14:paraId="3AC96C5E" w14:textId="77777777" w:rsidR="0057105C" w:rsidRDefault="00000000">
      <w:pPr>
        <w:spacing w:after="100"/>
        <w:jc w:val="center"/>
      </w:pPr>
      <w:r>
        <w:rPr>
          <w:b/>
        </w:rPr>
        <w:t>per lo svolgimento delle funzioni previste dall’Organigramma/Funzionigramma d’Istituto</w:t>
      </w:r>
      <w:r>
        <w:rPr>
          <w:b/>
        </w:rPr>
        <w:br/>
        <w:t>a.s. 2026/2027</w:t>
      </w:r>
    </w:p>
    <w:p w14:paraId="5C4F2E16" w14:textId="77777777" w:rsidR="0057105C" w:rsidRDefault="00000000">
      <w:pPr>
        <w:spacing w:after="140"/>
      </w:pPr>
      <w:r>
        <w:rPr>
          <w:sz w:val="19"/>
        </w:rPr>
        <w:t>Il/La sottoscritto/a, docente in servizio presso l’I.C. “Primo Levi”, manifesta la propria disponibilità a ricoprire uno degli incarichi previsti dall’Organigramma/Funzionigramma d’Istituto per l’a.s. 2026/2027.</w:t>
      </w:r>
    </w:p>
    <w:p w14:paraId="64A7D6F5" w14:textId="77777777" w:rsidR="0057105C" w:rsidRPr="00F85D6F" w:rsidRDefault="00000000">
      <w:pPr>
        <w:keepNext/>
        <w:spacing w:before="40" w:after="80"/>
        <w:rPr>
          <w:sz w:val="20"/>
          <w:szCs w:val="20"/>
        </w:rPr>
      </w:pPr>
      <w:r w:rsidRPr="00F85D6F">
        <w:rPr>
          <w:b/>
          <w:color w:val="1F4E79"/>
          <w:sz w:val="20"/>
          <w:szCs w:val="20"/>
        </w:rPr>
        <w:t>DATI DEL/DELLA CANDIDATO/A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690"/>
      </w:tblGrid>
      <w:tr w:rsidR="0057105C" w14:paraId="47619195" w14:textId="77777777">
        <w:trPr>
          <w:cantSplit/>
          <w:jc w:val="center"/>
        </w:trPr>
        <w:tc>
          <w:tcPr>
            <w:tcW w:w="3061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shd w:val="clear" w:color="auto" w:fill="EAF1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EE7476" w14:textId="77777777" w:rsidR="0057105C" w:rsidRDefault="00000000">
            <w:r>
              <w:rPr>
                <w:b/>
                <w:color w:val="1E3C5A"/>
              </w:rPr>
              <w:t>Cognome e nome</w:t>
            </w:r>
          </w:p>
        </w:tc>
        <w:tc>
          <w:tcPr>
            <w:tcW w:w="6690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F68537" w14:textId="77777777" w:rsidR="0057105C" w:rsidRDefault="00000000">
            <w:r>
              <w:rPr>
                <w:sz w:val="20"/>
              </w:rPr>
              <w:t>__________________________________________________________________</w:t>
            </w:r>
          </w:p>
        </w:tc>
      </w:tr>
      <w:tr w:rsidR="0057105C" w14:paraId="027F2FE7" w14:textId="77777777">
        <w:trPr>
          <w:cantSplit/>
          <w:jc w:val="center"/>
        </w:trPr>
        <w:tc>
          <w:tcPr>
            <w:tcW w:w="3061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shd w:val="clear" w:color="auto" w:fill="EAF1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1ACBB0" w14:textId="77777777" w:rsidR="0057105C" w:rsidRDefault="00000000">
            <w:r>
              <w:rPr>
                <w:b/>
                <w:color w:val="1E3C5A"/>
              </w:rPr>
              <w:t>Ordine di scuola</w:t>
            </w:r>
          </w:p>
        </w:tc>
        <w:tc>
          <w:tcPr>
            <w:tcW w:w="6690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04C825" w14:textId="77777777" w:rsidR="0057105C" w:rsidRDefault="00000000">
            <w:r>
              <w:t>☐ Infanzia      ☐ Primaria      ☐ Secondaria di I grado</w:t>
            </w:r>
          </w:p>
        </w:tc>
      </w:tr>
      <w:tr w:rsidR="0057105C" w14:paraId="595FFC94" w14:textId="77777777">
        <w:trPr>
          <w:cantSplit/>
          <w:jc w:val="center"/>
        </w:trPr>
        <w:tc>
          <w:tcPr>
            <w:tcW w:w="3061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shd w:val="clear" w:color="auto" w:fill="EAF1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5D5927" w14:textId="77777777" w:rsidR="0057105C" w:rsidRDefault="00000000">
            <w:r>
              <w:rPr>
                <w:b/>
                <w:color w:val="1E3C5A"/>
              </w:rPr>
              <w:t>Plesso</w:t>
            </w:r>
          </w:p>
        </w:tc>
        <w:tc>
          <w:tcPr>
            <w:tcW w:w="6690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321BC3" w14:textId="77777777" w:rsidR="0057105C" w:rsidRDefault="00000000">
            <w:r>
              <w:rPr>
                <w:sz w:val="20"/>
              </w:rPr>
              <w:t>__________________________________________________________________</w:t>
            </w:r>
          </w:p>
        </w:tc>
      </w:tr>
    </w:tbl>
    <w:p w14:paraId="5269939B" w14:textId="77777777" w:rsidR="0057105C" w:rsidRPr="00F85D6F" w:rsidRDefault="00000000">
      <w:pPr>
        <w:keepNext/>
        <w:spacing w:before="180" w:after="80"/>
        <w:rPr>
          <w:sz w:val="20"/>
          <w:szCs w:val="20"/>
        </w:rPr>
      </w:pPr>
      <w:r w:rsidRPr="00F85D6F">
        <w:rPr>
          <w:b/>
          <w:color w:val="1F4E79"/>
          <w:sz w:val="20"/>
          <w:szCs w:val="20"/>
        </w:rPr>
        <w:t>CANDIDATURA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690"/>
      </w:tblGrid>
      <w:tr w:rsidR="0057105C" w14:paraId="5A4F35A0" w14:textId="77777777">
        <w:trPr>
          <w:cantSplit/>
          <w:jc w:val="center"/>
        </w:trPr>
        <w:tc>
          <w:tcPr>
            <w:tcW w:w="3061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shd w:val="clear" w:color="auto" w:fill="EAF1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5072FB" w14:textId="77777777" w:rsidR="0057105C" w:rsidRDefault="00000000">
            <w:r>
              <w:rPr>
                <w:b/>
                <w:color w:val="1E3C5A"/>
              </w:rPr>
              <w:t>Incarico / funzione per cui si presenta la candidatura</w:t>
            </w:r>
          </w:p>
        </w:tc>
        <w:tc>
          <w:tcPr>
            <w:tcW w:w="6690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57E093" w14:textId="77777777" w:rsidR="0057105C" w:rsidRDefault="00000000">
            <w:r>
              <w:rPr>
                <w:sz w:val="20"/>
              </w:rPr>
              <w:t>__________________________________________________________________</w:t>
            </w:r>
            <w:r>
              <w:rPr>
                <w:sz w:val="20"/>
              </w:rPr>
              <w:br/>
              <w:t>__________________________________________________________________</w:t>
            </w:r>
          </w:p>
        </w:tc>
      </w:tr>
    </w:tbl>
    <w:p w14:paraId="2BC92D3E" w14:textId="77777777" w:rsidR="0057105C" w:rsidRDefault="00000000">
      <w:pPr>
        <w:keepNext/>
        <w:spacing w:before="100" w:after="40"/>
      </w:pPr>
      <w:r>
        <w:rPr>
          <w:b/>
          <w:color w:val="1E3C5A"/>
        </w:rPr>
        <w:t>Competenze ed esperienze pregresse attinenti all’incarico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1"/>
      </w:tblGrid>
      <w:tr w:rsidR="0057105C" w14:paraId="33976262" w14:textId="77777777">
        <w:trPr>
          <w:cantSplit/>
          <w:jc w:val="center"/>
        </w:trPr>
        <w:tc>
          <w:tcPr>
            <w:tcW w:w="9751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5FD96F80" w14:textId="77777777" w:rsidR="0057105C" w:rsidRDefault="00000000">
            <w:r>
              <w:rPr>
                <w:color w:val="A0A0A0"/>
                <w:sz w:val="19"/>
              </w:rPr>
              <w:t>__________________________________________________________________________________</w:t>
            </w:r>
            <w:r>
              <w:br/>
            </w:r>
            <w:r>
              <w:rPr>
                <w:color w:val="A0A0A0"/>
                <w:sz w:val="19"/>
              </w:rPr>
              <w:t>__________________________________________________________________________________</w:t>
            </w:r>
            <w:r>
              <w:br/>
            </w:r>
            <w:r>
              <w:rPr>
                <w:color w:val="A0A0A0"/>
                <w:sz w:val="19"/>
              </w:rPr>
              <w:t>__________________________________________________________________________________</w:t>
            </w:r>
          </w:p>
        </w:tc>
      </w:tr>
    </w:tbl>
    <w:p w14:paraId="51A61E1F" w14:textId="77777777" w:rsidR="0057105C" w:rsidRDefault="00000000">
      <w:pPr>
        <w:keepNext/>
        <w:spacing w:before="100" w:after="40"/>
      </w:pPr>
      <w:r>
        <w:rPr>
          <w:b/>
          <w:color w:val="1E3C5A"/>
        </w:rPr>
        <w:t>Breve motivazione a supporto della candidatura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1"/>
      </w:tblGrid>
      <w:tr w:rsidR="0057105C" w14:paraId="2A386F5C" w14:textId="77777777">
        <w:trPr>
          <w:cantSplit/>
          <w:jc w:val="center"/>
        </w:trPr>
        <w:tc>
          <w:tcPr>
            <w:tcW w:w="9751" w:type="dxa"/>
            <w:tcBorders>
              <w:top w:val="single" w:sz="8" w:space="0" w:color="9AA7B5"/>
              <w:left w:val="single" w:sz="8" w:space="0" w:color="9AA7B5"/>
              <w:bottom w:val="single" w:sz="8" w:space="0" w:color="9AA7B5"/>
              <w:right w:val="single" w:sz="8" w:space="0" w:color="9AA7B5"/>
            </w:tcBorders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6CDE60E7" w14:textId="77777777" w:rsidR="0057105C" w:rsidRDefault="00000000">
            <w:r>
              <w:rPr>
                <w:color w:val="A0A0A0"/>
                <w:sz w:val="19"/>
              </w:rPr>
              <w:t>__________________________________________________________________________________</w:t>
            </w:r>
            <w:r>
              <w:br/>
            </w:r>
            <w:r>
              <w:rPr>
                <w:color w:val="A0A0A0"/>
                <w:sz w:val="19"/>
              </w:rPr>
              <w:t>__________________________________________________________________________________</w:t>
            </w:r>
            <w:r>
              <w:br/>
            </w:r>
            <w:r>
              <w:rPr>
                <w:color w:val="A0A0A0"/>
                <w:sz w:val="19"/>
              </w:rPr>
              <w:t>__________________________________________________________________________________</w:t>
            </w:r>
          </w:p>
        </w:tc>
      </w:tr>
    </w:tbl>
    <w:p w14:paraId="0943B97F" w14:textId="77777777" w:rsidR="0057105C" w:rsidRDefault="00000000">
      <w:pPr>
        <w:spacing w:after="120"/>
        <w:ind w:left="113"/>
      </w:pPr>
      <w:r>
        <w:rPr>
          <w:sz w:val="18"/>
        </w:rPr>
        <w:t>Il/La sottoscritto/a dichiara di aver preso visione dei compiti connessi alla funzione indicata nella Circolare n. 07 e di rendersi disponibile, in caso di assegnazione dell’incarico, a svolgerli nell’ambito dell’organizzazione dell’Istituto.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57105C" w14:paraId="5EE9ADDF" w14:textId="77777777">
        <w:trPr>
          <w:cantSplit/>
          <w:jc w:val="center"/>
        </w:trPr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0060C" w14:textId="77777777" w:rsidR="0057105C" w:rsidRDefault="00000000">
            <w:r>
              <w:rPr>
                <w:sz w:val="20"/>
              </w:rPr>
              <w:t>Marino, ____ / ____ / 2026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4A3B7" w14:textId="77777777" w:rsidR="0057105C" w:rsidRDefault="00000000">
            <w:pPr>
              <w:jc w:val="center"/>
            </w:pPr>
            <w:r>
              <w:rPr>
                <w:b/>
                <w:sz w:val="20"/>
              </w:rPr>
              <w:t>Firma del/della docente</w:t>
            </w:r>
          </w:p>
        </w:tc>
      </w:tr>
      <w:tr w:rsidR="0057105C" w14:paraId="04AC2B7D" w14:textId="77777777">
        <w:trPr>
          <w:cantSplit/>
          <w:jc w:val="center"/>
        </w:trPr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030BC" w14:textId="77777777" w:rsidR="0057105C" w:rsidRDefault="0057105C"/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A6546" w14:textId="77777777" w:rsidR="0057105C" w:rsidRDefault="00000000">
            <w:pPr>
              <w:jc w:val="center"/>
            </w:pPr>
            <w:r>
              <w:rPr>
                <w:sz w:val="20"/>
              </w:rPr>
              <w:t>________________________________________</w:t>
            </w:r>
          </w:p>
        </w:tc>
      </w:tr>
    </w:tbl>
    <w:p w14:paraId="5C0D1407" w14:textId="77777777" w:rsidR="00633A56" w:rsidRDefault="00633A56"/>
    <w:sectPr w:rsidR="00633A56" w:rsidSect="00034616">
      <w:footerReference w:type="default" r:id="rId9"/>
      <w:pgSz w:w="12240" w:h="15840"/>
      <w:pgMar w:top="425" w:right="794" w:bottom="425" w:left="794" w:header="22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BBF8" w14:textId="77777777" w:rsidR="00633A56" w:rsidRDefault="00633A56">
      <w:pPr>
        <w:spacing w:after="0" w:line="240" w:lineRule="auto"/>
      </w:pPr>
      <w:r>
        <w:separator/>
      </w:r>
    </w:p>
  </w:endnote>
  <w:endnote w:type="continuationSeparator" w:id="0">
    <w:p w14:paraId="4D66A264" w14:textId="77777777" w:rsidR="00633A56" w:rsidRDefault="00633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1B61" w14:textId="77777777" w:rsidR="0057105C" w:rsidRDefault="00000000">
    <w:pPr>
      <w:pStyle w:val="Pidipagina"/>
      <w:jc w:val="center"/>
    </w:pPr>
    <w:r>
      <w:rPr>
        <w:color w:val="787878"/>
        <w:sz w:val="16"/>
      </w:rPr>
      <w:t>I.C. “Primo Levi” – Modulo candidatura Organigramma/Funzionigramma a.s.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A869" w14:textId="77777777" w:rsidR="00633A56" w:rsidRDefault="00633A56">
      <w:pPr>
        <w:spacing w:after="0" w:line="240" w:lineRule="auto"/>
      </w:pPr>
      <w:r>
        <w:separator/>
      </w:r>
    </w:p>
  </w:footnote>
  <w:footnote w:type="continuationSeparator" w:id="0">
    <w:p w14:paraId="05DEAA95" w14:textId="77777777" w:rsidR="00633A56" w:rsidRDefault="00633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9572644">
    <w:abstractNumId w:val="8"/>
  </w:num>
  <w:num w:numId="2" w16cid:durableId="1400595186">
    <w:abstractNumId w:val="6"/>
  </w:num>
  <w:num w:numId="3" w16cid:durableId="1141269387">
    <w:abstractNumId w:val="5"/>
  </w:num>
  <w:num w:numId="4" w16cid:durableId="299001297">
    <w:abstractNumId w:val="4"/>
  </w:num>
  <w:num w:numId="5" w16cid:durableId="1495802397">
    <w:abstractNumId w:val="7"/>
  </w:num>
  <w:num w:numId="6" w16cid:durableId="1310673185">
    <w:abstractNumId w:val="3"/>
  </w:num>
  <w:num w:numId="7" w16cid:durableId="1909727662">
    <w:abstractNumId w:val="2"/>
  </w:num>
  <w:num w:numId="8" w16cid:durableId="943655874">
    <w:abstractNumId w:val="1"/>
  </w:num>
  <w:num w:numId="9" w16cid:durableId="167700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63F"/>
    <w:rsid w:val="0006063C"/>
    <w:rsid w:val="0015074B"/>
    <w:rsid w:val="0029639D"/>
    <w:rsid w:val="00326F90"/>
    <w:rsid w:val="0057105C"/>
    <w:rsid w:val="00633A56"/>
    <w:rsid w:val="00AA1D8D"/>
    <w:rsid w:val="00B47730"/>
    <w:rsid w:val="00CB0664"/>
    <w:rsid w:val="00F85D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2D054"/>
  <w14:defaultImageDpi w14:val="300"/>
  <w15:docId w15:val="{06E53882-6607-45A9-8E07-751F95E1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eastAsia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candidatura Organigramma/Funzionigramma 2026/2027</dc:title>
  <dc:subject>Allegato alla Circolare n. 07 del 04/09/2026</dc:subject>
  <dc:creator>Istituto Comprensivo Primo Levi</dc:creator>
  <cp:keywords/>
  <dc:description>generated by python-docx</dc:description>
  <cp:lastModifiedBy>Francesca Toscano</cp:lastModifiedBy>
  <cp:revision>2</cp:revision>
  <dcterms:created xsi:type="dcterms:W3CDTF">2026-09-04T16:22:00Z</dcterms:created>
  <dcterms:modified xsi:type="dcterms:W3CDTF">2026-09-04T16:22:00Z</dcterms:modified>
  <cp:category/>
</cp:coreProperties>
</file>