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9560F" w14:textId="77777777" w:rsidR="00AC520D" w:rsidRPr="00A75F88" w:rsidRDefault="00000000">
      <w:pPr>
        <w:spacing w:before="180" w:after="200"/>
        <w:jc w:val="right"/>
      </w:pPr>
      <w:r w:rsidRPr="00A75F88">
        <w:t>Al Dirigente Scolastico</w:t>
      </w:r>
      <w:r w:rsidRPr="00A75F88">
        <w:br/>
        <w:t>dell’I.C. “Primo Levi” – Marino (RM)</w:t>
      </w:r>
    </w:p>
    <w:p w14:paraId="35173DE3" w14:textId="77777777" w:rsidR="00AC520D" w:rsidRPr="00A75F88" w:rsidRDefault="00000000">
      <w:pPr>
        <w:spacing w:after="160"/>
      </w:pPr>
      <w:r w:rsidRPr="00A75F88">
        <w:rPr>
          <w:b/>
          <w:color w:val="365F91" w:themeColor="accent1" w:themeShade="BF"/>
        </w:rPr>
        <w:t xml:space="preserve">OGGETTO: </w:t>
      </w:r>
      <w:r w:rsidRPr="00A75F88">
        <w:rPr>
          <w:color w:val="365F91" w:themeColor="accent1" w:themeShade="BF"/>
        </w:rPr>
        <w:t>Richiesta di piano personalizzato di partecipazione alle attività collegiali – art. 44, comma 3, CCNL Istruzione e Ricerca 18 gennaio 2024</w:t>
      </w:r>
      <w:r w:rsidRPr="00A75F88">
        <w:t>.</w:t>
      </w:r>
    </w:p>
    <w:p w14:paraId="57AE0F65" w14:textId="77777777" w:rsidR="00AC520D" w:rsidRPr="00A75F88" w:rsidRDefault="00000000">
      <w:pPr>
        <w:spacing w:after="120" w:line="324" w:lineRule="auto"/>
      </w:pPr>
      <w:r w:rsidRPr="00A75F88">
        <w:t>Il/La sottoscritto/a ____________________________________________________________, docente di ____________________________, in servizio presso l’I.C. “Primo Levi” – Marino,</w:t>
      </w:r>
    </w:p>
    <w:p w14:paraId="4B917F0A" w14:textId="5E05D987" w:rsidR="00AC520D" w:rsidRPr="00A75F88" w:rsidRDefault="00000000">
      <w:pPr>
        <w:spacing w:after="120" w:line="324" w:lineRule="auto"/>
      </w:pPr>
      <w:r w:rsidRPr="00A75F88">
        <w:t xml:space="preserve">ordine di scuola:  </w:t>
      </w:r>
      <w:sdt>
        <w:sdtPr>
          <w:id w:val="-5248781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F88">
            <w:rPr>
              <w:rFonts w:ascii="MS Gothic" w:eastAsia="MS Gothic" w:hAnsi="MS Gothic" w:hint="eastAsia"/>
            </w:rPr>
            <w:t>☐</w:t>
          </w:r>
        </w:sdtContent>
      </w:sdt>
      <w:r w:rsidRPr="00A75F88">
        <w:t xml:space="preserve"> Infanzia  </w:t>
      </w:r>
      <w:sdt>
        <w:sdtPr>
          <w:id w:val="-1283254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F88">
            <w:rPr>
              <w:rFonts w:ascii="MS Gothic" w:eastAsia="MS Gothic" w:hAnsi="MS Gothic" w:hint="eastAsia"/>
            </w:rPr>
            <w:t>☐</w:t>
          </w:r>
        </w:sdtContent>
      </w:sdt>
      <w:r w:rsidRPr="00A75F88">
        <w:t xml:space="preserve"> Primaria   </w:t>
      </w:r>
      <w:sdt>
        <w:sdtPr>
          <w:id w:val="-1347787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F88">
            <w:rPr>
              <w:rFonts w:ascii="MS Gothic" w:eastAsia="MS Gothic" w:hAnsi="MS Gothic" w:hint="eastAsia"/>
            </w:rPr>
            <w:t>☐</w:t>
          </w:r>
        </w:sdtContent>
      </w:sdt>
      <w:r w:rsidRPr="00A75F88">
        <w:t xml:space="preserve"> Secondaria di I grado     Plesso: ________________________</w:t>
      </w:r>
    </w:p>
    <w:p w14:paraId="27C38B4F" w14:textId="05D593A6" w:rsidR="00AC520D" w:rsidRPr="00A75F88" w:rsidRDefault="00000000">
      <w:pPr>
        <w:spacing w:after="120" w:line="324" w:lineRule="auto"/>
      </w:pPr>
      <w:r w:rsidRPr="00A75F88">
        <w:t xml:space="preserve">con servizio settimanale di n. ______ ore, tipologia di servizio:  </w:t>
      </w:r>
      <w:sdt>
        <w:sdtPr>
          <w:id w:val="-1147731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F88">
            <w:rPr>
              <w:rFonts w:ascii="MS Gothic" w:eastAsia="MS Gothic" w:hAnsi="MS Gothic" w:hint="eastAsia"/>
            </w:rPr>
            <w:t>☐</w:t>
          </w:r>
        </w:sdtContent>
      </w:sdt>
      <w:r w:rsidRPr="00A75F88">
        <w:t xml:space="preserve"> part-time  </w:t>
      </w:r>
      <w:sdt>
        <w:sdtPr>
          <w:id w:val="-1080597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F88">
            <w:rPr>
              <w:rFonts w:ascii="MS Gothic" w:eastAsia="MS Gothic" w:hAnsi="MS Gothic" w:hint="eastAsia"/>
            </w:rPr>
            <w:t>☐</w:t>
          </w:r>
        </w:sdtContent>
      </w:sdt>
      <w:r w:rsidRPr="00A75F88">
        <w:t xml:space="preserve"> cattedra/orario esterno </w:t>
      </w:r>
      <w:sdt>
        <w:sdtPr>
          <w:id w:val="-2118281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F88">
            <w:rPr>
              <w:rFonts w:ascii="MS Gothic" w:eastAsia="MS Gothic" w:hAnsi="MS Gothic" w:hint="eastAsia"/>
            </w:rPr>
            <w:t>☐</w:t>
          </w:r>
        </w:sdtContent>
      </w:sdt>
      <w:r w:rsidRPr="00A75F88">
        <w:t xml:space="preserve"> servizio su più scuole  </w:t>
      </w:r>
      <w:sdt>
        <w:sdtPr>
          <w:id w:val="948595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5F88">
            <w:rPr>
              <w:rFonts w:ascii="MS Gothic" w:eastAsia="MS Gothic" w:hAnsi="MS Gothic" w:hint="eastAsia"/>
            </w:rPr>
            <w:t>☐</w:t>
          </w:r>
        </w:sdtContent>
      </w:sdt>
      <w:r w:rsidRPr="00A75F88">
        <w:t xml:space="preserve"> altro ____________</w:t>
      </w:r>
    </w:p>
    <w:p w14:paraId="13C42606" w14:textId="77777777" w:rsidR="00AC520D" w:rsidRPr="00A75F88" w:rsidRDefault="00000000">
      <w:pPr>
        <w:spacing w:after="180" w:line="300" w:lineRule="auto"/>
        <w:jc w:val="center"/>
      </w:pPr>
      <w:r w:rsidRPr="00A75F88">
        <w:rPr>
          <w:b/>
          <w:color w:val="1F4E79"/>
        </w:rPr>
        <w:t>CHIEDE</w:t>
      </w:r>
    </w:p>
    <w:p w14:paraId="66F3833A" w14:textId="77777777" w:rsidR="00AC520D" w:rsidRPr="00A75F88" w:rsidRDefault="00000000">
      <w:pPr>
        <w:spacing w:after="160" w:line="300" w:lineRule="auto"/>
        <w:jc w:val="both"/>
      </w:pPr>
      <w:r w:rsidRPr="00A75F88">
        <w:rPr>
          <w:sz w:val="20"/>
        </w:rPr>
        <w:t>l’approvazione di un piano personalizzato di partecipazione alle attività collegiali, nel rispetto del Piano Annuale delle Attività dell’Istituto e dei limiti contrattuali applicabili alla propria situazione di servizio, secondo la programmazione riportata nelle tabelle seguenti.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76"/>
        <w:gridCol w:w="1843"/>
        <w:gridCol w:w="1276"/>
      </w:tblGrid>
      <w:tr w:rsidR="00AC520D" w:rsidRPr="00A75F88" w14:paraId="02082F8C" w14:textId="77777777" w:rsidTr="00A75F88">
        <w:trPr>
          <w:trHeight w:val="595"/>
          <w:jc w:val="center"/>
        </w:trPr>
        <w:tc>
          <w:tcPr>
            <w:tcW w:w="9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E3A1D" w14:textId="77777777" w:rsidR="00AC520D" w:rsidRPr="00A75F88" w:rsidRDefault="00000000">
            <w:pPr>
              <w:jc w:val="center"/>
            </w:pPr>
            <w:r w:rsidRPr="00A75F88">
              <w:rPr>
                <w:b/>
                <w:color w:val="1F4E79"/>
              </w:rPr>
              <w:t>PIANO DI PARTECIPAZIONE PERSONALIZZATA</w:t>
            </w:r>
            <w:r w:rsidRPr="00A75F88">
              <w:rPr>
                <w:b/>
                <w:color w:val="1F4E79"/>
              </w:rPr>
              <w:br/>
              <w:t>ATTIVITÀ COLLEGIALI - art. 44, comma 3, lett. a), CCNL 18/01/2024</w:t>
            </w:r>
          </w:p>
        </w:tc>
      </w:tr>
      <w:tr w:rsidR="00AC520D" w:rsidRPr="00A75F88" w14:paraId="295F58CA" w14:textId="77777777" w:rsidTr="00A75F88">
        <w:trPr>
          <w:tblHeader/>
          <w:jc w:val="center"/>
        </w:trPr>
        <w:tc>
          <w:tcPr>
            <w:tcW w:w="6576" w:type="dxa"/>
            <w:tcBorders>
              <w:top w:val="single" w:sz="8" w:space="0" w:color="5B657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4CC81" w14:textId="77777777" w:rsidR="00AC520D" w:rsidRPr="00A75F88" w:rsidRDefault="00000000">
            <w:pPr>
              <w:jc w:val="center"/>
            </w:pPr>
            <w:r w:rsidRPr="00A75F88">
              <w:rPr>
                <w:b/>
                <w:sz w:val="19"/>
              </w:rPr>
              <w:t>Attività</w:t>
            </w:r>
          </w:p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F61EA6" w14:textId="77777777" w:rsidR="00AC520D" w:rsidRPr="00A75F88" w:rsidRDefault="00000000">
            <w:pPr>
              <w:jc w:val="center"/>
            </w:pPr>
            <w:r w:rsidRPr="00A75F88">
              <w:rPr>
                <w:b/>
                <w:sz w:val="19"/>
              </w:rPr>
              <w:t>Data</w:t>
            </w:r>
          </w:p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2901D" w14:textId="77777777" w:rsidR="00AC520D" w:rsidRPr="00A75F88" w:rsidRDefault="00000000">
            <w:pPr>
              <w:jc w:val="center"/>
            </w:pPr>
            <w:r w:rsidRPr="00A75F88">
              <w:rPr>
                <w:b/>
                <w:sz w:val="19"/>
              </w:rPr>
              <w:t>N. ore</w:t>
            </w:r>
          </w:p>
        </w:tc>
      </w:tr>
      <w:tr w:rsidR="00AC520D" w:rsidRPr="00A75F88" w14:paraId="720F7547" w14:textId="77777777" w:rsidTr="00A75F88">
        <w:trPr>
          <w:trHeight w:val="328"/>
          <w:jc w:val="center"/>
        </w:trPr>
        <w:tc>
          <w:tcPr>
            <w:tcW w:w="6576" w:type="dxa"/>
            <w:vMerge w:val="restart"/>
            <w:tcBorders>
              <w:top w:val="single" w:sz="8" w:space="0" w:color="5B6573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E1653" w14:textId="77777777" w:rsidR="00AC520D" w:rsidRPr="00A75F88" w:rsidRDefault="00000000">
            <w:r w:rsidRPr="00A75F88">
              <w:rPr>
                <w:b/>
                <w:sz w:val="20"/>
              </w:rPr>
              <w:t>Partecipazione alle riunioni del Collegio dei docenti</w:t>
            </w:r>
          </w:p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0B38EE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3E6F1" w14:textId="77777777" w:rsidR="00AC520D" w:rsidRPr="00A75F88" w:rsidRDefault="00AC520D"/>
        </w:tc>
      </w:tr>
      <w:tr w:rsidR="00AC520D" w:rsidRPr="00A75F88" w14:paraId="195CFAE6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131ACE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82DF9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87AD5" w14:textId="77777777" w:rsidR="00AC520D" w:rsidRPr="00A75F88" w:rsidRDefault="00AC520D"/>
        </w:tc>
      </w:tr>
      <w:tr w:rsidR="00AC520D" w:rsidRPr="00A75F88" w14:paraId="432DC9F0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201E7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FC52D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9C030C" w14:textId="77777777" w:rsidR="00AC520D" w:rsidRPr="00A75F88" w:rsidRDefault="00AC520D"/>
        </w:tc>
      </w:tr>
      <w:tr w:rsidR="00AC520D" w:rsidRPr="00A75F88" w14:paraId="51C69F44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8C94A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EF233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E71F5" w14:textId="77777777" w:rsidR="00AC520D" w:rsidRPr="00A75F88" w:rsidRDefault="00AC520D"/>
        </w:tc>
      </w:tr>
      <w:tr w:rsidR="00AC520D" w:rsidRPr="00A75F88" w14:paraId="31ED100E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8D6AF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0CF64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104AD" w14:textId="77777777" w:rsidR="00AC520D" w:rsidRPr="00A75F88" w:rsidRDefault="00AC520D"/>
        </w:tc>
      </w:tr>
      <w:tr w:rsidR="00AC520D" w:rsidRPr="00A75F88" w14:paraId="481F576D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8DAD31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A3546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A9DA9" w14:textId="77777777" w:rsidR="00AC520D" w:rsidRPr="00A75F88" w:rsidRDefault="00AC520D"/>
        </w:tc>
      </w:tr>
      <w:tr w:rsidR="00AC520D" w:rsidRPr="00A75F88" w14:paraId="1514CA5F" w14:textId="77777777" w:rsidTr="00A75F88">
        <w:trPr>
          <w:trHeight w:val="20"/>
          <w:jc w:val="center"/>
        </w:trPr>
        <w:tc>
          <w:tcPr>
            <w:tcW w:w="6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9D453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36B49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7C888" w14:textId="77777777" w:rsidR="00AC520D" w:rsidRPr="00A75F88" w:rsidRDefault="00AC520D"/>
        </w:tc>
      </w:tr>
      <w:tr w:rsidR="00AC520D" w:rsidRPr="00A75F88" w14:paraId="5957D22A" w14:textId="77777777" w:rsidTr="00A75F88">
        <w:trPr>
          <w:trHeight w:val="328"/>
          <w:jc w:val="center"/>
        </w:trPr>
        <w:tc>
          <w:tcPr>
            <w:tcW w:w="6576" w:type="dxa"/>
            <w:vMerge w:val="restart"/>
            <w:tcBorders>
              <w:top w:val="single" w:sz="8" w:space="0" w:color="5B6573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7D564" w14:textId="77777777" w:rsidR="00AC520D" w:rsidRPr="00A75F88" w:rsidRDefault="00000000">
            <w:r w:rsidRPr="00A75F88">
              <w:rPr>
                <w:b/>
                <w:sz w:val="20"/>
              </w:rPr>
              <w:t>Programmazione e verifica di inizio e fine anno</w:t>
            </w:r>
          </w:p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2361E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3001A" w14:textId="77777777" w:rsidR="00AC520D" w:rsidRPr="00A75F88" w:rsidRDefault="00AC520D"/>
        </w:tc>
      </w:tr>
      <w:tr w:rsidR="00AC520D" w:rsidRPr="00A75F88" w14:paraId="4AE1D948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6849B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B9DEA2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EF31F" w14:textId="77777777" w:rsidR="00AC520D" w:rsidRPr="00A75F88" w:rsidRDefault="00AC520D"/>
        </w:tc>
      </w:tr>
      <w:tr w:rsidR="00AC520D" w:rsidRPr="00A75F88" w14:paraId="7DBF2E96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598415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D0D2B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F07E8" w14:textId="77777777" w:rsidR="00AC520D" w:rsidRPr="00A75F88" w:rsidRDefault="00AC520D"/>
        </w:tc>
      </w:tr>
      <w:tr w:rsidR="00AC520D" w:rsidRPr="00A75F88" w14:paraId="20742DFC" w14:textId="77777777" w:rsidTr="00A75F88">
        <w:trPr>
          <w:trHeight w:val="20"/>
          <w:jc w:val="center"/>
        </w:trPr>
        <w:tc>
          <w:tcPr>
            <w:tcW w:w="6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6B327F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4" w:space="0" w:color="auto"/>
              <w:bottom w:val="single" w:sz="4" w:space="0" w:color="auto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7CEB4E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BFFE0" w14:textId="77777777" w:rsidR="00AC520D" w:rsidRPr="00A75F88" w:rsidRDefault="00AC520D"/>
        </w:tc>
      </w:tr>
      <w:tr w:rsidR="00AC520D" w:rsidRPr="00A75F88" w14:paraId="58DD0F42" w14:textId="77777777" w:rsidTr="00A75F88">
        <w:trPr>
          <w:trHeight w:val="328"/>
          <w:jc w:val="center"/>
        </w:trPr>
        <w:tc>
          <w:tcPr>
            <w:tcW w:w="6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4EEE5" w14:textId="77777777" w:rsidR="00AC520D" w:rsidRPr="00A75F88" w:rsidRDefault="00000000">
            <w:r w:rsidRPr="00A75F88">
              <w:rPr>
                <w:b/>
                <w:sz w:val="20"/>
              </w:rPr>
              <w:t>Informazione alle famiglie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D9292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8CBA8A" w14:textId="77777777" w:rsidR="00AC520D" w:rsidRPr="00A75F88" w:rsidRDefault="00AC520D"/>
        </w:tc>
      </w:tr>
      <w:tr w:rsidR="00AC520D" w:rsidRPr="00A75F88" w14:paraId="0211644C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F29A0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CA002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637879" w14:textId="77777777" w:rsidR="00AC520D" w:rsidRPr="00A75F88" w:rsidRDefault="00AC520D"/>
        </w:tc>
      </w:tr>
      <w:tr w:rsidR="00AC520D" w:rsidRPr="00A75F88" w14:paraId="7BC22498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15CC5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90F55F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21F508" w14:textId="77777777" w:rsidR="00AC520D" w:rsidRPr="00A75F88" w:rsidRDefault="00AC520D"/>
        </w:tc>
      </w:tr>
      <w:tr w:rsidR="00AC520D" w:rsidRPr="00A75F88" w14:paraId="10906212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2E29D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C8391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0260C" w14:textId="77777777" w:rsidR="00AC520D" w:rsidRPr="00A75F88" w:rsidRDefault="00AC520D"/>
        </w:tc>
      </w:tr>
      <w:tr w:rsidR="00AC520D" w:rsidRPr="00A75F88" w14:paraId="68D81A2F" w14:textId="77777777" w:rsidTr="00A75F88">
        <w:trPr>
          <w:trHeight w:val="32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EF980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65660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C8788" w14:textId="77777777" w:rsidR="00AC520D" w:rsidRPr="00A75F88" w:rsidRDefault="00AC520D"/>
        </w:tc>
      </w:tr>
      <w:tr w:rsidR="00AC520D" w:rsidRPr="00A75F88" w14:paraId="1FEC9B9B" w14:textId="77777777" w:rsidTr="00A75F88">
        <w:trPr>
          <w:trHeight w:val="425"/>
          <w:jc w:val="center"/>
        </w:trPr>
        <w:tc>
          <w:tcPr>
            <w:tcW w:w="8419" w:type="dxa"/>
            <w:gridSpan w:val="2"/>
            <w:tcBorders>
              <w:top w:val="single" w:sz="8" w:space="0" w:color="5B657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17C9A" w14:textId="77777777" w:rsidR="00AC520D" w:rsidRPr="00A75F88" w:rsidRDefault="00000000">
            <w:pPr>
              <w:jc w:val="right"/>
            </w:pPr>
            <w:r w:rsidRPr="00A75F88">
              <w:rPr>
                <w:b/>
                <w:sz w:val="20"/>
              </w:rPr>
              <w:t>TOTALE ANNUO PROGRAMMATO</w:t>
            </w:r>
          </w:p>
        </w:tc>
        <w:tc>
          <w:tcPr>
            <w:tcW w:w="1276" w:type="dxa"/>
            <w:tcBorders>
              <w:top w:val="single" w:sz="8" w:space="0" w:color="5B6573"/>
              <w:left w:val="single" w:sz="4" w:space="0" w:color="auto"/>
              <w:bottom w:val="single" w:sz="8" w:space="0" w:color="5B6573"/>
              <w:right w:val="single" w:sz="8" w:space="0" w:color="5B6573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5FFA1" w14:textId="77777777" w:rsidR="00AC520D" w:rsidRPr="00A75F88" w:rsidRDefault="00000000">
            <w:pPr>
              <w:jc w:val="center"/>
            </w:pPr>
            <w:r w:rsidRPr="00A75F88">
              <w:rPr>
                <w:b/>
                <w:sz w:val="20"/>
              </w:rPr>
              <w:t>______ ore</w:t>
            </w:r>
          </w:p>
        </w:tc>
      </w:tr>
    </w:tbl>
    <w:p w14:paraId="531A5429" w14:textId="4FC3BBB6" w:rsidR="00AC520D" w:rsidRPr="00A75F88" w:rsidRDefault="00AC520D"/>
    <w:p w14:paraId="341B9458" w14:textId="77777777" w:rsidR="00AC520D" w:rsidRPr="00A75F88" w:rsidRDefault="00000000">
      <w:pPr>
        <w:spacing w:after="160"/>
        <w:jc w:val="center"/>
      </w:pPr>
      <w:r w:rsidRPr="00A75F88">
        <w:rPr>
          <w:b/>
          <w:color w:val="1F4E79"/>
          <w:sz w:val="24"/>
        </w:rPr>
        <w:lastRenderedPageBreak/>
        <w:t>PIANO PERSONALIZZATO – ATTIVITÀ DEI CONSIGLI</w:t>
      </w:r>
    </w:p>
    <w:p w14:paraId="2116B994" w14:textId="77777777" w:rsidR="00AC520D" w:rsidRPr="00A75F88" w:rsidRDefault="00000000">
      <w:pPr>
        <w:spacing w:after="180"/>
        <w:jc w:val="center"/>
      </w:pPr>
      <w:r w:rsidRPr="00A75F88">
        <w:rPr>
          <w:sz w:val="20"/>
        </w:rPr>
        <w:t>(Consigli di intersezione / interclasse / classe - art. 44, comma 3, lett. b), CCNL 18/01/2024)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76"/>
        <w:gridCol w:w="1843"/>
        <w:gridCol w:w="1276"/>
      </w:tblGrid>
      <w:tr w:rsidR="00AC520D" w:rsidRPr="00A75F88" w14:paraId="70DB48EB" w14:textId="77777777">
        <w:trPr>
          <w:trHeight w:val="510"/>
          <w:jc w:val="center"/>
        </w:trPr>
        <w:tc>
          <w:tcPr>
            <w:tcW w:w="9695" w:type="dxa"/>
            <w:gridSpan w:val="3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shd w:val="clear" w:color="auto" w:fill="D9EAF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A32C9" w14:textId="77777777" w:rsidR="00AC520D" w:rsidRPr="00A75F88" w:rsidRDefault="00000000">
            <w:pPr>
              <w:jc w:val="center"/>
            </w:pPr>
            <w:r w:rsidRPr="00A75F88">
              <w:rPr>
                <w:b/>
                <w:color w:val="1F4E79"/>
              </w:rPr>
              <w:t>PARTECIPAZIONE ALLE ATTIVITÀ COLLEGIALI DEI CONSIGLI</w:t>
            </w:r>
          </w:p>
        </w:tc>
      </w:tr>
      <w:tr w:rsidR="00AC520D" w:rsidRPr="00A75F88" w14:paraId="708061D9" w14:textId="77777777" w:rsidTr="00A75F88">
        <w:trPr>
          <w:jc w:val="center"/>
        </w:trPr>
        <w:tc>
          <w:tcPr>
            <w:tcW w:w="6576" w:type="dxa"/>
            <w:tcBorders>
              <w:top w:val="single" w:sz="8" w:space="0" w:color="5B6573"/>
              <w:left w:val="single" w:sz="8" w:space="0" w:color="5B6573"/>
              <w:bottom w:val="single" w:sz="4" w:space="0" w:color="auto"/>
              <w:right w:val="single" w:sz="8" w:space="0" w:color="5B6573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961F9" w14:textId="77777777" w:rsidR="00AC520D" w:rsidRPr="00A75F88" w:rsidRDefault="00000000">
            <w:pPr>
              <w:jc w:val="center"/>
            </w:pPr>
            <w:r w:rsidRPr="00A75F88">
              <w:rPr>
                <w:b/>
                <w:sz w:val="19"/>
              </w:rPr>
              <w:t>Attività</w:t>
            </w:r>
          </w:p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4" w:space="0" w:color="auto"/>
              <w:right w:val="single" w:sz="8" w:space="0" w:color="5B6573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05802" w14:textId="77777777" w:rsidR="00AC520D" w:rsidRPr="00A75F88" w:rsidRDefault="00000000">
            <w:pPr>
              <w:jc w:val="center"/>
            </w:pPr>
            <w:r w:rsidRPr="00A75F88">
              <w:rPr>
                <w:b/>
                <w:sz w:val="19"/>
              </w:rPr>
              <w:t>Data</w:t>
            </w:r>
          </w:p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4" w:space="0" w:color="auto"/>
              <w:right w:val="single" w:sz="8" w:space="0" w:color="5B6573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BD3AAA" w14:textId="77777777" w:rsidR="00AC520D" w:rsidRPr="00A75F88" w:rsidRDefault="00000000">
            <w:pPr>
              <w:jc w:val="center"/>
            </w:pPr>
            <w:r w:rsidRPr="00A75F88">
              <w:rPr>
                <w:b/>
                <w:sz w:val="19"/>
              </w:rPr>
              <w:t>N. ore</w:t>
            </w:r>
          </w:p>
        </w:tc>
      </w:tr>
      <w:tr w:rsidR="00AC520D" w:rsidRPr="00A75F88" w14:paraId="2E3DBF29" w14:textId="77777777" w:rsidTr="00A75F88">
        <w:trPr>
          <w:trHeight w:val="408"/>
          <w:jc w:val="center"/>
        </w:trPr>
        <w:tc>
          <w:tcPr>
            <w:tcW w:w="6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6B6B9" w14:textId="77777777" w:rsidR="00AC520D" w:rsidRPr="00A75F88" w:rsidRDefault="00000000">
            <w:r w:rsidRPr="00A75F88">
              <w:rPr>
                <w:b/>
                <w:sz w:val="20"/>
              </w:rPr>
              <w:t>Consigli di intersezione / interclasse / classe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0C9878" w14:textId="77777777" w:rsidR="00AC520D" w:rsidRPr="00A75F88" w:rsidRDefault="00AC520D"/>
        </w:tc>
        <w:tc>
          <w:tcPr>
            <w:tcW w:w="1276" w:type="dxa"/>
            <w:tcBorders>
              <w:top w:val="single" w:sz="4" w:space="0" w:color="auto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21574" w14:textId="77777777" w:rsidR="00AC520D" w:rsidRPr="00A75F88" w:rsidRDefault="00AC520D"/>
        </w:tc>
      </w:tr>
      <w:tr w:rsidR="00AC520D" w:rsidRPr="00A75F88" w14:paraId="1B8FDFC2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B4E55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8BC77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2F3CD" w14:textId="77777777" w:rsidR="00AC520D" w:rsidRPr="00A75F88" w:rsidRDefault="00AC520D"/>
        </w:tc>
      </w:tr>
      <w:tr w:rsidR="00AC520D" w:rsidRPr="00A75F88" w14:paraId="0D3F22B1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7D89C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DCF48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5EBAD" w14:textId="77777777" w:rsidR="00AC520D" w:rsidRPr="00A75F88" w:rsidRDefault="00AC520D"/>
        </w:tc>
      </w:tr>
      <w:tr w:rsidR="00AC520D" w:rsidRPr="00A75F88" w14:paraId="5DEA3CA0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22A7C8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B8870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DEFED" w14:textId="77777777" w:rsidR="00AC520D" w:rsidRPr="00A75F88" w:rsidRDefault="00AC520D"/>
        </w:tc>
      </w:tr>
      <w:tr w:rsidR="00AC520D" w:rsidRPr="00A75F88" w14:paraId="263CF012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4A4AE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EB041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C8FFF" w14:textId="77777777" w:rsidR="00AC520D" w:rsidRPr="00A75F88" w:rsidRDefault="00AC520D"/>
        </w:tc>
      </w:tr>
      <w:tr w:rsidR="00AC520D" w:rsidRPr="00A75F88" w14:paraId="4C1056BB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2B27E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1637FB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E7877" w14:textId="77777777" w:rsidR="00AC520D" w:rsidRPr="00A75F88" w:rsidRDefault="00AC520D"/>
        </w:tc>
      </w:tr>
      <w:tr w:rsidR="00AC520D" w:rsidRPr="00A75F88" w14:paraId="4AC66696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DC142F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F1727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82955" w14:textId="77777777" w:rsidR="00AC520D" w:rsidRPr="00A75F88" w:rsidRDefault="00AC520D"/>
        </w:tc>
      </w:tr>
      <w:tr w:rsidR="00AC520D" w:rsidRPr="00A75F88" w14:paraId="4DF919DD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A77FC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9E32E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D0D03" w14:textId="77777777" w:rsidR="00AC520D" w:rsidRPr="00A75F88" w:rsidRDefault="00AC520D"/>
        </w:tc>
      </w:tr>
      <w:tr w:rsidR="00AC520D" w:rsidRPr="00A75F88" w14:paraId="5668DE67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201BC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969F5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929B9F" w14:textId="77777777" w:rsidR="00AC520D" w:rsidRPr="00A75F88" w:rsidRDefault="00AC520D"/>
        </w:tc>
      </w:tr>
      <w:tr w:rsidR="00AC520D" w:rsidRPr="00A75F88" w14:paraId="4AB974B8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905BD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DE1DB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E38E5" w14:textId="77777777" w:rsidR="00AC520D" w:rsidRPr="00A75F88" w:rsidRDefault="00AC520D"/>
        </w:tc>
      </w:tr>
      <w:tr w:rsidR="00AC520D" w:rsidRPr="00A75F88" w14:paraId="787FD0BF" w14:textId="77777777" w:rsidTr="00A75F88">
        <w:trPr>
          <w:trHeight w:val="408"/>
          <w:jc w:val="center"/>
        </w:trPr>
        <w:tc>
          <w:tcPr>
            <w:tcW w:w="6576" w:type="dxa"/>
            <w:vMerge/>
            <w:tcBorders>
              <w:lef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BF9447" w14:textId="77777777" w:rsidR="00AC520D" w:rsidRPr="00A75F88" w:rsidRDefault="00AC520D"/>
        </w:tc>
        <w:tc>
          <w:tcPr>
            <w:tcW w:w="1843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8" w:space="0" w:color="5B6573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8550A" w14:textId="77777777" w:rsidR="00AC520D" w:rsidRPr="00A75F88" w:rsidRDefault="00AC520D"/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8" w:space="0" w:color="5B6573"/>
              <w:right w:val="single" w:sz="4" w:space="0" w:color="auto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33408" w14:textId="77777777" w:rsidR="00AC520D" w:rsidRPr="00A75F88" w:rsidRDefault="00AC520D"/>
        </w:tc>
      </w:tr>
      <w:tr w:rsidR="00AC520D" w:rsidRPr="00A75F88" w14:paraId="05E840A0" w14:textId="77777777" w:rsidTr="00A75F88">
        <w:trPr>
          <w:trHeight w:val="453"/>
          <w:jc w:val="center"/>
        </w:trPr>
        <w:tc>
          <w:tcPr>
            <w:tcW w:w="8419" w:type="dxa"/>
            <w:gridSpan w:val="2"/>
            <w:tcBorders>
              <w:top w:val="single" w:sz="8" w:space="0" w:color="5B6573"/>
              <w:left w:val="single" w:sz="4" w:space="0" w:color="auto"/>
              <w:bottom w:val="single" w:sz="4" w:space="0" w:color="auto"/>
              <w:right w:val="single" w:sz="8" w:space="0" w:color="5B6573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83848" w14:textId="77777777" w:rsidR="00AC520D" w:rsidRPr="00A75F88" w:rsidRDefault="00000000">
            <w:pPr>
              <w:jc w:val="right"/>
            </w:pPr>
            <w:r w:rsidRPr="00A75F88">
              <w:rPr>
                <w:b/>
                <w:sz w:val="20"/>
              </w:rPr>
              <w:t>TOTALE ANNUO PROGRAMMATO</w:t>
            </w:r>
          </w:p>
        </w:tc>
        <w:tc>
          <w:tcPr>
            <w:tcW w:w="1276" w:type="dxa"/>
            <w:tcBorders>
              <w:top w:val="single" w:sz="8" w:space="0" w:color="5B6573"/>
              <w:left w:val="single" w:sz="8" w:space="0" w:color="5B6573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3F69A" w14:textId="77777777" w:rsidR="00AC520D" w:rsidRPr="00A75F88" w:rsidRDefault="00000000">
            <w:pPr>
              <w:jc w:val="center"/>
            </w:pPr>
            <w:r w:rsidRPr="00A75F88">
              <w:rPr>
                <w:b/>
                <w:sz w:val="20"/>
              </w:rPr>
              <w:t>______ ore</w:t>
            </w:r>
          </w:p>
        </w:tc>
      </w:tr>
    </w:tbl>
    <w:p w14:paraId="3A03E2F6" w14:textId="77777777" w:rsidR="00AC520D" w:rsidRPr="00A75F88" w:rsidRDefault="00000000">
      <w:pPr>
        <w:spacing w:before="200" w:after="120"/>
        <w:jc w:val="both"/>
      </w:pPr>
      <w:r w:rsidRPr="00A75F88">
        <w:rPr>
          <w:b/>
          <w:color w:val="1F4E79"/>
          <w:sz w:val="18"/>
        </w:rPr>
        <w:t xml:space="preserve">Nota: </w:t>
      </w:r>
      <w:r w:rsidRPr="00A75F88">
        <w:rPr>
          <w:sz w:val="18"/>
        </w:rPr>
        <w:t>il presente prospetto è finalizzato alla definizione del piano individuale di partecipazione alle attività collegiali. Restano fermi gli obblighi relativi agli scrutini, agli esami e agli altri adempimenti non ricompresi nei contingenti orari delle attività collegiali.</w:t>
      </w:r>
    </w:p>
    <w:p w14:paraId="184534F6" w14:textId="77777777" w:rsidR="00A75F88" w:rsidRDefault="00000000">
      <w:pPr>
        <w:spacing w:before="360"/>
      </w:pPr>
      <w:r w:rsidRPr="00A75F88">
        <w:t xml:space="preserve">Marino, ____ / ____ / 2026                                            Firma del/della </w:t>
      </w:r>
      <w:r w:rsidR="00A75F88" w:rsidRPr="00A75F88">
        <w:t xml:space="preserve">docente </w:t>
      </w:r>
      <w:r w:rsidR="00A75F88">
        <w:t xml:space="preserve">    </w:t>
      </w:r>
    </w:p>
    <w:p w14:paraId="4226D0FB" w14:textId="4C617C27" w:rsidR="00AC520D" w:rsidRPr="00A75F88" w:rsidRDefault="00A75F88">
      <w:pPr>
        <w:spacing w:before="360"/>
      </w:pPr>
      <w:r>
        <w:t xml:space="preserve">                                                                                   </w:t>
      </w:r>
      <w:r w:rsidRPr="00A75F88">
        <w:t>_</w:t>
      </w:r>
      <w:r w:rsidR="00000000" w:rsidRPr="00A75F88">
        <w:t>_____________________________</w:t>
      </w:r>
    </w:p>
    <w:p w14:paraId="662C1050" w14:textId="77777777" w:rsidR="00AC520D" w:rsidRPr="00A75F88" w:rsidRDefault="00000000">
      <w:pPr>
        <w:spacing w:before="440"/>
        <w:jc w:val="right"/>
      </w:pPr>
      <w:r w:rsidRPr="00A75F88">
        <w:rPr>
          <w:b/>
          <w:color w:val="1F4E79"/>
          <w:sz w:val="20"/>
        </w:rPr>
        <w:t>Visto / autorizzato dal Dirigente Scolastico</w:t>
      </w:r>
    </w:p>
    <w:p w14:paraId="6BA2045F" w14:textId="77777777" w:rsidR="00A75F88" w:rsidRDefault="00A75F88">
      <w:pPr>
        <w:spacing w:before="100"/>
        <w:jc w:val="right"/>
      </w:pPr>
      <w:r>
        <w:t xml:space="preserve"> </w:t>
      </w:r>
    </w:p>
    <w:p w14:paraId="437AB2D1" w14:textId="2E00B164" w:rsidR="00AC520D" w:rsidRDefault="00000000">
      <w:pPr>
        <w:spacing w:before="100"/>
        <w:jc w:val="right"/>
      </w:pPr>
      <w:r w:rsidRPr="00A75F88">
        <w:t>____________________________________________</w:t>
      </w:r>
    </w:p>
    <w:sectPr w:rsidR="00AC520D" w:rsidSect="00A75F88">
      <w:headerReference w:type="default" r:id="rId8"/>
      <w:footerReference w:type="default" r:id="rId9"/>
      <w:pgSz w:w="12240" w:h="15840"/>
      <w:pgMar w:top="624" w:right="822" w:bottom="397" w:left="822" w:header="255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7C37E" w14:textId="77777777" w:rsidR="00213FFA" w:rsidRPr="00A75F88" w:rsidRDefault="00213FFA">
      <w:pPr>
        <w:spacing w:line="240" w:lineRule="auto"/>
      </w:pPr>
      <w:r w:rsidRPr="00A75F88">
        <w:separator/>
      </w:r>
    </w:p>
  </w:endnote>
  <w:endnote w:type="continuationSeparator" w:id="0">
    <w:p w14:paraId="3FCD766C" w14:textId="77777777" w:rsidR="00213FFA" w:rsidRPr="00A75F88" w:rsidRDefault="00213FFA">
      <w:pPr>
        <w:spacing w:line="240" w:lineRule="auto"/>
      </w:pPr>
      <w:r w:rsidRPr="00A75F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DBF5C" w14:textId="77777777" w:rsidR="00AC520D" w:rsidRPr="00A75F88" w:rsidRDefault="00000000">
    <w:pPr>
      <w:pStyle w:val="Pidipagina"/>
      <w:jc w:val="center"/>
    </w:pPr>
    <w:r w:rsidRPr="00A75F88">
      <w:rPr>
        <w:color w:val="1F4E79"/>
        <w:sz w:val="16"/>
      </w:rPr>
      <w:t>I.C. “Primo Levi” – Marino (</w:t>
    </w:r>
    <w:proofErr w:type="gramStart"/>
    <w:r w:rsidRPr="00A75F88">
      <w:rPr>
        <w:color w:val="1F4E79"/>
        <w:sz w:val="16"/>
      </w:rPr>
      <w:t>RM)  |</w:t>
    </w:r>
    <w:proofErr w:type="gramEnd"/>
    <w:r w:rsidRPr="00A75F88">
      <w:rPr>
        <w:color w:val="1F4E79"/>
        <w:sz w:val="16"/>
      </w:rPr>
      <w:t xml:space="preserve">  Modulo RID 1 – Piano personalizzato attività collegiali – </w:t>
    </w:r>
    <w:proofErr w:type="spellStart"/>
    <w:r w:rsidRPr="00A75F88">
      <w:rPr>
        <w:color w:val="1F4E79"/>
        <w:sz w:val="16"/>
      </w:rPr>
      <w:t>a.s.</w:t>
    </w:r>
    <w:proofErr w:type="spellEnd"/>
    <w:r w:rsidRPr="00A75F88">
      <w:rPr>
        <w:color w:val="1F4E79"/>
        <w:sz w:val="16"/>
      </w:rPr>
      <w:t xml:space="preserve">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C6642" w14:textId="77777777" w:rsidR="00213FFA" w:rsidRPr="00A75F88" w:rsidRDefault="00213FFA">
      <w:pPr>
        <w:spacing w:line="240" w:lineRule="auto"/>
      </w:pPr>
      <w:r w:rsidRPr="00A75F88">
        <w:separator/>
      </w:r>
    </w:p>
  </w:footnote>
  <w:footnote w:type="continuationSeparator" w:id="0">
    <w:p w14:paraId="69129E24" w14:textId="77777777" w:rsidR="00213FFA" w:rsidRPr="00A75F88" w:rsidRDefault="00213FFA">
      <w:pPr>
        <w:spacing w:line="240" w:lineRule="auto"/>
      </w:pPr>
      <w:r w:rsidRPr="00A75F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B4CA3" w14:textId="77777777" w:rsidR="00AC520D" w:rsidRPr="00A75F88" w:rsidRDefault="00AC520D">
    <w:pPr>
      <w:pStyle w:val="Intestazione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59"/>
      <w:gridCol w:w="10003"/>
    </w:tblGrid>
    <w:tr w:rsidR="00AC520D" w:rsidRPr="00A75F88" w14:paraId="2579BD3E" w14:textId="77777777" w:rsidTr="00A75F88">
      <w:trPr>
        <w:jc w:val="center"/>
      </w:trPr>
      <w:tc>
        <w:tcPr>
          <w:tcW w:w="259" w:type="dxa"/>
          <w:vMerge w:val="restart"/>
          <w:tcBorders>
            <w:bottom w:val="single" w:sz="10" w:space="0" w:color="1F4E79"/>
          </w:tcBorders>
          <w:tcMar>
            <w:top w:w="40" w:type="dxa"/>
            <w:left w:w="70" w:type="dxa"/>
            <w:bottom w:w="40" w:type="dxa"/>
            <w:right w:w="70" w:type="dxa"/>
          </w:tcMar>
          <w:vAlign w:val="center"/>
        </w:tcPr>
        <w:p w14:paraId="7467C90E" w14:textId="480CEB71" w:rsidR="00AC520D" w:rsidRPr="00A75F88" w:rsidRDefault="00AC520D"/>
      </w:tc>
      <w:tc>
        <w:tcPr>
          <w:tcW w:w="10003" w:type="dxa"/>
          <w:tcBorders>
            <w:bottom w:val="single" w:sz="10" w:space="0" w:color="1F4E79"/>
          </w:tcBorders>
          <w:shd w:val="clear" w:color="auto" w:fill="D9EAF7"/>
          <w:tcMar>
            <w:top w:w="40" w:type="dxa"/>
            <w:left w:w="70" w:type="dxa"/>
            <w:bottom w:w="40" w:type="dxa"/>
            <w:right w:w="70" w:type="dxa"/>
          </w:tcMar>
          <w:vAlign w:val="center"/>
        </w:tcPr>
        <w:p w14:paraId="4C9905A1" w14:textId="32B11EE6" w:rsidR="00AC520D" w:rsidRPr="00A75F88" w:rsidRDefault="00A75F88">
          <w:pPr>
            <w:jc w:val="center"/>
          </w:pPr>
          <w:r w:rsidRPr="00A75F88">
            <w:rPr>
              <w:b/>
              <w:color w:val="1F4E79"/>
              <w:sz w:val="23"/>
            </w:rPr>
            <w:t>ISTITUTO COMPRENSIVO “PRIMO LEVI” – MARINO (RM)</w:t>
          </w:r>
          <w:r w:rsidRPr="00A75F88">
            <w:rPr>
              <w:sz w:val="2"/>
            </w:rPr>
            <w:br/>
          </w:r>
          <w:r w:rsidRPr="00A75F88">
            <w:rPr>
              <w:color w:val="1F4E79"/>
              <w:sz w:val="19"/>
            </w:rPr>
            <w:t>A.S. 2026/2027</w:t>
          </w:r>
        </w:p>
      </w:tc>
    </w:tr>
    <w:tr w:rsidR="00AC520D" w:rsidRPr="00A75F88" w14:paraId="5298EE1F" w14:textId="77777777" w:rsidTr="00A75F88">
      <w:trPr>
        <w:jc w:val="center"/>
      </w:trPr>
      <w:tc>
        <w:tcPr>
          <w:tcW w:w="259" w:type="dxa"/>
          <w:vMerge/>
        </w:tcPr>
        <w:p w14:paraId="4A5DBF80" w14:textId="77777777" w:rsidR="00AC520D" w:rsidRPr="00A75F88" w:rsidRDefault="00AC520D"/>
      </w:tc>
      <w:tc>
        <w:tcPr>
          <w:tcW w:w="10003" w:type="dxa"/>
          <w:tcBorders>
            <w:bottom w:val="single" w:sz="10" w:space="0" w:color="1F4E79"/>
          </w:tcBorders>
          <w:shd w:val="clear" w:color="auto" w:fill="F2F2F2"/>
          <w:tcMar>
            <w:top w:w="40" w:type="dxa"/>
            <w:left w:w="70" w:type="dxa"/>
            <w:bottom w:w="40" w:type="dxa"/>
            <w:right w:w="70" w:type="dxa"/>
          </w:tcMar>
          <w:vAlign w:val="center"/>
        </w:tcPr>
        <w:p w14:paraId="09887263" w14:textId="77777777" w:rsidR="00AC520D" w:rsidRPr="00A75F88" w:rsidRDefault="00000000">
          <w:pPr>
            <w:jc w:val="center"/>
          </w:pPr>
          <w:r w:rsidRPr="00A75F88">
            <w:rPr>
              <w:b/>
              <w:color w:val="1F4E79"/>
              <w:sz w:val="17"/>
            </w:rPr>
            <w:t>P.A.A.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8775202">
    <w:abstractNumId w:val="8"/>
  </w:num>
  <w:num w:numId="2" w16cid:durableId="2123987353">
    <w:abstractNumId w:val="6"/>
  </w:num>
  <w:num w:numId="3" w16cid:durableId="1767001399">
    <w:abstractNumId w:val="5"/>
  </w:num>
  <w:num w:numId="4" w16cid:durableId="1862474275">
    <w:abstractNumId w:val="4"/>
  </w:num>
  <w:num w:numId="5" w16cid:durableId="561672483">
    <w:abstractNumId w:val="7"/>
  </w:num>
  <w:num w:numId="6" w16cid:durableId="1511675900">
    <w:abstractNumId w:val="3"/>
  </w:num>
  <w:num w:numId="7" w16cid:durableId="2094089403">
    <w:abstractNumId w:val="2"/>
  </w:num>
  <w:num w:numId="8" w16cid:durableId="1514345534">
    <w:abstractNumId w:val="1"/>
  </w:num>
  <w:num w:numId="9" w16cid:durableId="297150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740"/>
    <w:rsid w:val="00213FFA"/>
    <w:rsid w:val="0029639D"/>
    <w:rsid w:val="00326F90"/>
    <w:rsid w:val="00A75F88"/>
    <w:rsid w:val="00AA1D8D"/>
    <w:rsid w:val="00AC520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E0470E"/>
  <w14:defaultImageDpi w14:val="300"/>
  <w15:docId w15:val="{50BC9B6C-4807-4A6C-A92B-0F2B8D58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rial" w:hAnsi="Arial"/>
      <w:sz w:val="21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RID 1 - Piano personalizzato attività collegiali - I.C. Primo Levi Marino - A.S. 2026/2027</dc:title>
  <dc:subject>Piano personalizzato di partecipazione alle attività collegiali</dc:subject>
  <dc:creator>I.C. Primo Levi - Marino</dc:creator>
  <cp:keywords/>
  <dc:description>generated by python-docx</dc:description>
  <cp:lastModifiedBy>Francesca Toscano</cp:lastModifiedBy>
  <cp:revision>2</cp:revision>
  <dcterms:created xsi:type="dcterms:W3CDTF">2026-09-16T16:52:00Z</dcterms:created>
  <dcterms:modified xsi:type="dcterms:W3CDTF">2026-09-16T16:52:00Z</dcterms:modified>
  <cp:category/>
</cp:coreProperties>
</file>