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0540"/>
      </w:tblGrid>
      <w:tr w:rsidR="00C66D1D" w14:paraId="46FDA0AC" w14:textId="77777777">
        <w:trPr>
          <w:cantSplit/>
          <w:jc w:val="center"/>
        </w:trPr>
        <w:tc>
          <w:tcPr>
            <w:tcW w:w="105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3BB0E3" w14:textId="77777777" w:rsidR="00C66D1D" w:rsidRDefault="00000000">
            <w:pPr>
              <w:spacing w:after="0"/>
              <w:jc w:val="center"/>
            </w:pPr>
            <w:r>
              <w:rPr>
                <w:b/>
                <w:sz w:val="22"/>
              </w:rPr>
              <w:t>Ministero dell’Istruzione e del Merito</w:t>
            </w:r>
            <w:r>
              <w:rPr>
                <w:b/>
                <w:sz w:val="22"/>
              </w:rPr>
              <w:br/>
            </w:r>
            <w:r>
              <w:rPr>
                <w:b/>
                <w:sz w:val="24"/>
              </w:rPr>
              <w:t>Istituto Comprensivo “Primo Levi”</w:t>
            </w:r>
            <w:r>
              <w:rPr>
                <w:b/>
                <w:sz w:val="24"/>
              </w:rPr>
              <w:br/>
            </w:r>
            <w:r>
              <w:rPr>
                <w:sz w:val="17"/>
              </w:rPr>
              <w:t>Via Palaverta, 69 – 00047 MARINO – Loc. Frattocchie (RM)</w:t>
            </w:r>
            <w:r>
              <w:rPr>
                <w:sz w:val="17"/>
              </w:rPr>
              <w:br/>
              <w:t>Tel./Fax 0693540044 - C. F. 90049500581 – C.U: UF5D2G</w:t>
            </w:r>
            <w:r>
              <w:rPr>
                <w:sz w:val="17"/>
              </w:rPr>
              <w:br/>
              <w:t>RMIC8A7009 – Distretto 40 – Ambito XV</w:t>
            </w:r>
            <w:r>
              <w:rPr>
                <w:sz w:val="17"/>
              </w:rPr>
              <w:br/>
              <w:t>Email: rmic8a7009@istruzione.it - rmic8a7009@pec.istruzione.it</w:t>
            </w:r>
            <w:r>
              <w:rPr>
                <w:sz w:val="17"/>
              </w:rPr>
              <w:br/>
              <w:t>Sito web: https://comprensivoprimolevi.edu.it</w:t>
            </w:r>
          </w:p>
        </w:tc>
      </w:tr>
    </w:tbl>
    <w:p w14:paraId="0B09C6C6" w14:textId="77777777" w:rsidR="00C66D1D" w:rsidRDefault="00C66D1D">
      <w:pPr>
        <w:spacing w:after="20"/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0540"/>
      </w:tblGrid>
      <w:tr w:rsidR="00C66D1D" w14:paraId="5F80DFEF" w14:textId="77777777">
        <w:trPr>
          <w:cantSplit/>
          <w:jc w:val="center"/>
        </w:trPr>
        <w:tc>
          <w:tcPr>
            <w:tcW w:w="10540" w:type="dxa"/>
            <w:shd w:val="clear" w:color="auto" w:fill="D9EAF7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111B4DB5" w14:textId="77777777" w:rsidR="00C66D1D" w:rsidRDefault="00000000">
            <w:pPr>
              <w:spacing w:after="0"/>
              <w:jc w:val="center"/>
            </w:pPr>
            <w:r>
              <w:rPr>
                <w:b/>
                <w:sz w:val="22"/>
              </w:rPr>
              <w:t>MODULO DI SEGNALAZIONE D’INFORTUNIO</w:t>
            </w:r>
          </w:p>
        </w:tc>
      </w:tr>
    </w:tbl>
    <w:p w14:paraId="6E1BC317" w14:textId="77777777" w:rsidR="00C66D1D" w:rsidRDefault="00C66D1D">
      <w:pPr>
        <w:spacing w:after="0"/>
      </w:pP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3969"/>
        <w:gridCol w:w="1701"/>
        <w:gridCol w:w="2721"/>
      </w:tblGrid>
      <w:tr w:rsidR="00C66D1D" w14:paraId="364F52A1" w14:textId="77777777">
        <w:trPr>
          <w:cantSplit/>
          <w:jc w:val="center"/>
        </w:trPr>
        <w:tc>
          <w:tcPr>
            <w:tcW w:w="1814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83F71" w14:textId="77777777" w:rsidR="00C66D1D" w:rsidRDefault="00000000">
            <w:pPr>
              <w:spacing w:after="0"/>
            </w:pPr>
            <w:r>
              <w:rPr>
                <w:b/>
                <w:sz w:val="18"/>
              </w:rPr>
              <w:t>Infortunato/a</w:t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6B614" w14:textId="77777777" w:rsidR="00C66D1D" w:rsidRDefault="00C66D1D">
            <w:pPr>
              <w:spacing w:after="0"/>
            </w:pPr>
          </w:p>
        </w:tc>
        <w:tc>
          <w:tcPr>
            <w:tcW w:w="170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409E9" w14:textId="77777777" w:rsidR="00C66D1D" w:rsidRDefault="00000000">
            <w:pPr>
              <w:spacing w:after="0"/>
            </w:pPr>
            <w:r>
              <w:rPr>
                <w:b/>
                <w:sz w:val="18"/>
              </w:rPr>
              <w:t>Classe</w:t>
            </w:r>
          </w:p>
        </w:tc>
        <w:tc>
          <w:tcPr>
            <w:tcW w:w="272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D1806" w14:textId="77777777" w:rsidR="00C66D1D" w:rsidRDefault="00C66D1D">
            <w:pPr>
              <w:spacing w:after="0"/>
            </w:pPr>
          </w:p>
        </w:tc>
      </w:tr>
      <w:tr w:rsidR="00C66D1D" w14:paraId="3A235352" w14:textId="77777777">
        <w:trPr>
          <w:cantSplit/>
          <w:jc w:val="center"/>
        </w:trPr>
        <w:tc>
          <w:tcPr>
            <w:tcW w:w="1814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21CA06" w14:textId="77777777" w:rsidR="00C66D1D" w:rsidRDefault="00000000">
            <w:pPr>
              <w:spacing w:after="0"/>
            </w:pPr>
            <w:r>
              <w:rPr>
                <w:b/>
                <w:sz w:val="18"/>
              </w:rPr>
              <w:t>Data evento</w:t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0125C" w14:textId="77777777" w:rsidR="00C66D1D" w:rsidRDefault="00C66D1D">
            <w:pPr>
              <w:spacing w:after="0"/>
            </w:pPr>
          </w:p>
        </w:tc>
        <w:tc>
          <w:tcPr>
            <w:tcW w:w="170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D2685" w14:textId="77777777" w:rsidR="00C66D1D" w:rsidRDefault="00000000">
            <w:pPr>
              <w:spacing w:after="0"/>
            </w:pPr>
            <w:r>
              <w:rPr>
                <w:b/>
                <w:sz w:val="18"/>
              </w:rPr>
              <w:t>Ora</w:t>
            </w:r>
          </w:p>
        </w:tc>
        <w:tc>
          <w:tcPr>
            <w:tcW w:w="272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B80A8" w14:textId="77777777" w:rsidR="00C66D1D" w:rsidRDefault="00C66D1D">
            <w:pPr>
              <w:spacing w:after="0"/>
            </w:pPr>
          </w:p>
        </w:tc>
      </w:tr>
      <w:tr w:rsidR="00C66D1D" w14:paraId="668C56A4" w14:textId="77777777">
        <w:trPr>
          <w:cantSplit/>
          <w:jc w:val="center"/>
        </w:trPr>
        <w:tc>
          <w:tcPr>
            <w:tcW w:w="1814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043A8" w14:textId="77777777" w:rsidR="00C66D1D" w:rsidRDefault="00000000">
            <w:pPr>
              <w:spacing w:after="0"/>
            </w:pPr>
            <w:r>
              <w:rPr>
                <w:b/>
                <w:sz w:val="18"/>
              </w:rPr>
              <w:t>Sede</w:t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708E93" w14:textId="77777777" w:rsidR="00C66D1D" w:rsidRDefault="00C66D1D">
            <w:pPr>
              <w:spacing w:after="0"/>
            </w:pPr>
          </w:p>
        </w:tc>
        <w:tc>
          <w:tcPr>
            <w:tcW w:w="170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A71B1" w14:textId="77777777" w:rsidR="00C66D1D" w:rsidRDefault="00000000">
            <w:pPr>
              <w:spacing w:after="0"/>
            </w:pPr>
            <w:r>
              <w:rPr>
                <w:b/>
                <w:sz w:val="18"/>
              </w:rPr>
              <w:t>Spazio/locale</w:t>
            </w:r>
          </w:p>
        </w:tc>
        <w:tc>
          <w:tcPr>
            <w:tcW w:w="272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8A0C3" w14:textId="77777777" w:rsidR="00C66D1D" w:rsidRDefault="00C66D1D">
            <w:pPr>
              <w:spacing w:after="0"/>
            </w:pPr>
          </w:p>
        </w:tc>
      </w:tr>
      <w:tr w:rsidR="00C66D1D" w14:paraId="2900F28E" w14:textId="77777777">
        <w:trPr>
          <w:cantSplit/>
          <w:jc w:val="center"/>
        </w:trPr>
        <w:tc>
          <w:tcPr>
            <w:tcW w:w="1814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4D0E2" w14:textId="77777777" w:rsidR="00C66D1D" w:rsidRDefault="00000000">
            <w:pPr>
              <w:spacing w:after="0"/>
            </w:pPr>
            <w:r>
              <w:rPr>
                <w:b/>
                <w:sz w:val="18"/>
              </w:rPr>
              <w:t>Docente/personale presente</w:t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2E38E1" w14:textId="77777777" w:rsidR="00C66D1D" w:rsidRDefault="00C66D1D">
            <w:pPr>
              <w:spacing w:after="0"/>
            </w:pPr>
          </w:p>
        </w:tc>
        <w:tc>
          <w:tcPr>
            <w:tcW w:w="170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48F437" w14:textId="77777777" w:rsidR="00C66D1D" w:rsidRDefault="00000000">
            <w:pPr>
              <w:spacing w:after="0"/>
            </w:pPr>
            <w:r>
              <w:rPr>
                <w:b/>
                <w:sz w:val="18"/>
              </w:rPr>
              <w:t>Eventuale attività</w:t>
            </w:r>
          </w:p>
        </w:tc>
        <w:tc>
          <w:tcPr>
            <w:tcW w:w="272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CDD213" w14:textId="77777777" w:rsidR="00C66D1D" w:rsidRDefault="00C66D1D">
            <w:pPr>
              <w:spacing w:after="0"/>
            </w:pPr>
          </w:p>
        </w:tc>
      </w:tr>
    </w:tbl>
    <w:p w14:paraId="2465E849" w14:textId="77777777" w:rsidR="00C66D1D" w:rsidRDefault="00C66D1D">
      <w:pPr>
        <w:spacing w:after="0"/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0540"/>
      </w:tblGrid>
      <w:tr w:rsidR="00C66D1D" w14:paraId="60B5FFBC" w14:textId="77777777">
        <w:trPr>
          <w:cantSplit/>
          <w:jc w:val="center"/>
        </w:trPr>
        <w:tc>
          <w:tcPr>
            <w:tcW w:w="10540" w:type="dxa"/>
            <w:shd w:val="clear" w:color="auto" w:fill="D9EAF7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748D02EC" w14:textId="77777777" w:rsidR="00C66D1D" w:rsidRDefault="00000000">
            <w:pPr>
              <w:spacing w:after="0"/>
              <w:jc w:val="center"/>
            </w:pPr>
            <w:r>
              <w:rPr>
                <w:b/>
                <w:sz w:val="22"/>
              </w:rPr>
              <w:t>DESCRIZIONE DELL’INFORTUNIO</w:t>
            </w:r>
          </w:p>
        </w:tc>
      </w:tr>
    </w:tbl>
    <w:p w14:paraId="4120ADA2" w14:textId="77777777" w:rsidR="00C66D1D" w:rsidRDefault="00C66D1D">
      <w:pPr>
        <w:spacing w:after="0"/>
      </w:pPr>
    </w:p>
    <w:p w14:paraId="1DB1EDA1" w14:textId="77777777" w:rsidR="00C66D1D" w:rsidRDefault="00000000">
      <w:pPr>
        <w:spacing w:before="80" w:after="40"/>
      </w:pPr>
      <w:r>
        <w:rPr>
          <w:b/>
          <w:sz w:val="19"/>
        </w:rPr>
        <w:t>1. Circostanze in cui è avvenuto l’infortunio</w:t>
      </w:r>
    </w:p>
    <w:p w14:paraId="4DF601CB" w14:textId="77777777" w:rsidR="00C66D1D" w:rsidRDefault="00000000">
      <w:pPr>
        <w:spacing w:after="20" w:line="240" w:lineRule="auto"/>
      </w:pPr>
      <w:r>
        <w:rPr>
          <w:sz w:val="18"/>
        </w:rPr>
        <w:t>______________________________________________________________________________________________________________________</w:t>
      </w:r>
    </w:p>
    <w:p w14:paraId="71AFAD72" w14:textId="77777777" w:rsidR="00C66D1D" w:rsidRDefault="00000000">
      <w:pPr>
        <w:spacing w:after="20" w:line="240" w:lineRule="auto"/>
      </w:pPr>
      <w:r>
        <w:rPr>
          <w:sz w:val="18"/>
        </w:rPr>
        <w:t>______________________________________________________________________________________________________________________</w:t>
      </w:r>
    </w:p>
    <w:p w14:paraId="7B9DF369" w14:textId="77777777" w:rsidR="00C66D1D" w:rsidRDefault="00000000">
      <w:pPr>
        <w:spacing w:after="20" w:line="240" w:lineRule="auto"/>
      </w:pPr>
      <w:r>
        <w:rPr>
          <w:sz w:val="18"/>
        </w:rPr>
        <w:t>______________________________________________________________________________________________________________________</w:t>
      </w:r>
    </w:p>
    <w:p w14:paraId="758FECDE" w14:textId="77777777" w:rsidR="00C66D1D" w:rsidRDefault="00000000">
      <w:pPr>
        <w:spacing w:before="80" w:after="40"/>
      </w:pPr>
      <w:r>
        <w:rPr>
          <w:b/>
          <w:sz w:val="19"/>
        </w:rPr>
        <w:t>2. Attività che stava svolgendo l’infortunato/a</w:t>
      </w:r>
    </w:p>
    <w:p w14:paraId="2D7EE5E1" w14:textId="77777777" w:rsidR="00C66D1D" w:rsidRDefault="00000000">
      <w:pPr>
        <w:spacing w:after="20" w:line="240" w:lineRule="auto"/>
      </w:pPr>
      <w:r>
        <w:rPr>
          <w:sz w:val="18"/>
        </w:rPr>
        <w:t>______________________________________________________________________________________________________________________</w:t>
      </w:r>
    </w:p>
    <w:p w14:paraId="7845AB7F" w14:textId="77777777" w:rsidR="00C66D1D" w:rsidRDefault="00000000">
      <w:pPr>
        <w:spacing w:after="20" w:line="240" w:lineRule="auto"/>
      </w:pPr>
      <w:r>
        <w:rPr>
          <w:sz w:val="18"/>
        </w:rPr>
        <w:t>______________________________________________________________________________________________________________________</w:t>
      </w:r>
    </w:p>
    <w:p w14:paraId="23D12146" w14:textId="77777777" w:rsidR="00C66D1D" w:rsidRDefault="00000000">
      <w:pPr>
        <w:spacing w:before="80" w:after="40"/>
      </w:pPr>
      <w:r>
        <w:rPr>
          <w:b/>
          <w:sz w:val="19"/>
        </w:rPr>
        <w:t>3. Condizioni ambientali e/o imprevisti e/o comportamenti che hanno favorito/determinato l’evento</w:t>
      </w:r>
    </w:p>
    <w:p w14:paraId="28F630E7" w14:textId="77777777" w:rsidR="00C66D1D" w:rsidRDefault="00000000">
      <w:pPr>
        <w:spacing w:after="20" w:line="240" w:lineRule="auto"/>
      </w:pPr>
      <w:r>
        <w:rPr>
          <w:sz w:val="18"/>
        </w:rPr>
        <w:t>______________________________________________________________________________________________________________________</w:t>
      </w:r>
    </w:p>
    <w:p w14:paraId="07BEE9C9" w14:textId="77777777" w:rsidR="00C66D1D" w:rsidRDefault="00000000">
      <w:pPr>
        <w:spacing w:after="20" w:line="240" w:lineRule="auto"/>
      </w:pPr>
      <w:r>
        <w:rPr>
          <w:sz w:val="18"/>
        </w:rPr>
        <w:t>______________________________________________________________________________________________________________________</w:t>
      </w:r>
    </w:p>
    <w:p w14:paraId="421B6BA8" w14:textId="77777777" w:rsidR="00C66D1D" w:rsidRDefault="00000000">
      <w:pPr>
        <w:spacing w:after="20" w:line="240" w:lineRule="auto"/>
      </w:pPr>
      <w:r>
        <w:rPr>
          <w:sz w:val="18"/>
        </w:rPr>
        <w:t>______________________________________________________________________________________________________________________</w:t>
      </w:r>
    </w:p>
    <w:p w14:paraId="30FDE93E" w14:textId="77777777" w:rsidR="00C66D1D" w:rsidRDefault="00000000">
      <w:pPr>
        <w:spacing w:before="80" w:after="40"/>
      </w:pPr>
      <w:r>
        <w:rPr>
          <w:b/>
          <w:sz w:val="19"/>
        </w:rPr>
        <w:t>4. Conseguenze dell’evento sull’infortunato/a</w:t>
      </w:r>
    </w:p>
    <w:p w14:paraId="17E9C7DE" w14:textId="77777777" w:rsidR="00C66D1D" w:rsidRDefault="00000000">
      <w:pPr>
        <w:spacing w:after="20" w:line="240" w:lineRule="auto"/>
      </w:pPr>
      <w:r>
        <w:rPr>
          <w:sz w:val="18"/>
        </w:rPr>
        <w:t>______________________________________________________________________________________________________________________</w:t>
      </w:r>
    </w:p>
    <w:p w14:paraId="7EA5490A" w14:textId="77777777" w:rsidR="00C66D1D" w:rsidRDefault="00000000">
      <w:pPr>
        <w:spacing w:after="20" w:line="240" w:lineRule="auto"/>
      </w:pPr>
      <w:r>
        <w:rPr>
          <w:sz w:val="18"/>
        </w:rPr>
        <w:t>______________________________________________________________________________________________________________________</w:t>
      </w:r>
    </w:p>
    <w:p w14:paraId="25F00A15" w14:textId="77777777" w:rsidR="00C66D1D" w:rsidRDefault="00000000">
      <w:pPr>
        <w:spacing w:before="80" w:after="40"/>
      </w:pPr>
      <w:r>
        <w:rPr>
          <w:b/>
          <w:sz w:val="19"/>
        </w:rPr>
        <w:t>5. Altre notizie</w:t>
      </w:r>
    </w:p>
    <w:p w14:paraId="04BF8E71" w14:textId="77777777" w:rsidR="00C66D1D" w:rsidRDefault="00000000">
      <w:pPr>
        <w:spacing w:after="20" w:line="240" w:lineRule="auto"/>
      </w:pPr>
      <w:r>
        <w:rPr>
          <w:sz w:val="18"/>
        </w:rPr>
        <w:t>______________________________________________________________________________________________________________________</w:t>
      </w:r>
    </w:p>
    <w:p w14:paraId="43C82B1D" w14:textId="77777777" w:rsidR="00C66D1D" w:rsidRDefault="00000000">
      <w:pPr>
        <w:spacing w:after="20" w:line="240" w:lineRule="auto"/>
      </w:pPr>
      <w:r>
        <w:rPr>
          <w:sz w:val="18"/>
        </w:rPr>
        <w:t>______________________________________________________________________________________________________________________</w:t>
      </w:r>
    </w:p>
    <w:p w14:paraId="712ADBDD" w14:textId="77777777" w:rsidR="00C66D1D" w:rsidRDefault="00000000">
      <w:r>
        <w:br w:type="page"/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0540"/>
      </w:tblGrid>
      <w:tr w:rsidR="00C66D1D" w14:paraId="3228BA18" w14:textId="77777777">
        <w:trPr>
          <w:cantSplit/>
          <w:jc w:val="center"/>
        </w:trPr>
        <w:tc>
          <w:tcPr>
            <w:tcW w:w="10540" w:type="dxa"/>
            <w:shd w:val="clear" w:color="auto" w:fill="D9EAF7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14418F72" w14:textId="77777777" w:rsidR="00C66D1D" w:rsidRDefault="00000000">
            <w:pPr>
              <w:spacing w:after="0"/>
              <w:jc w:val="center"/>
            </w:pPr>
            <w:r>
              <w:rPr>
                <w:b/>
                <w:sz w:val="22"/>
              </w:rPr>
              <w:lastRenderedPageBreak/>
              <w:t>EVENTUALI TESTIMONI E COMPILAZIONE</w:t>
            </w:r>
          </w:p>
        </w:tc>
      </w:tr>
    </w:tbl>
    <w:p w14:paraId="5F77EE9A" w14:textId="77777777" w:rsidR="00C66D1D" w:rsidRDefault="00C66D1D">
      <w:pPr>
        <w:spacing w:after="0"/>
      </w:pPr>
    </w:p>
    <w:p w14:paraId="17097984" w14:textId="77777777" w:rsidR="00C66D1D" w:rsidRDefault="00000000">
      <w:pPr>
        <w:spacing w:after="40"/>
      </w:pPr>
      <w:r>
        <w:rPr>
          <w:b/>
        </w:rPr>
        <w:t>6. Eventuali testimoni (altre persone presenti al momento dell’evento)</w:t>
      </w:r>
    </w:p>
    <w:p w14:paraId="6187822F" w14:textId="77777777" w:rsidR="00C66D1D" w:rsidRDefault="00000000">
      <w:pPr>
        <w:spacing w:after="20" w:line="240" w:lineRule="auto"/>
      </w:pPr>
      <w:r>
        <w:rPr>
          <w:sz w:val="18"/>
        </w:rPr>
        <w:t>______________________________________________________________________________________________________________________</w:t>
      </w:r>
    </w:p>
    <w:p w14:paraId="269A3EFC" w14:textId="77777777" w:rsidR="00C66D1D" w:rsidRDefault="00000000">
      <w:pPr>
        <w:spacing w:after="20" w:line="240" w:lineRule="auto"/>
      </w:pPr>
      <w:r>
        <w:rPr>
          <w:sz w:val="18"/>
        </w:rPr>
        <w:t>______________________________________________________________________________________________________________________</w:t>
      </w:r>
    </w:p>
    <w:p w14:paraId="066F1155" w14:textId="77777777" w:rsidR="00C66D1D" w:rsidRDefault="00000000">
      <w:pPr>
        <w:spacing w:after="20" w:line="240" w:lineRule="auto"/>
      </w:pPr>
      <w:r>
        <w:rPr>
          <w:sz w:val="18"/>
        </w:rPr>
        <w:t>______________________________________________________________________________________________________________________</w:t>
      </w:r>
    </w:p>
    <w:p w14:paraId="6DF89DCD" w14:textId="77777777" w:rsidR="00C66D1D" w:rsidRDefault="00000000">
      <w:pPr>
        <w:spacing w:after="20" w:line="240" w:lineRule="auto"/>
      </w:pPr>
      <w:r>
        <w:rPr>
          <w:sz w:val="18"/>
        </w:rPr>
        <w:t>______________________________________________________________________________________________________________________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370"/>
      </w:tblGrid>
      <w:tr w:rsidR="00C66D1D" w14:paraId="40C247AB" w14:textId="77777777">
        <w:trPr>
          <w:cantSplit/>
          <w:jc w:val="center"/>
        </w:trPr>
        <w:tc>
          <w:tcPr>
            <w:tcW w:w="2835" w:type="dxa"/>
            <w:shd w:val="clear" w:color="auto" w:fill="EAF2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ABCF4" w14:textId="77777777" w:rsidR="00C66D1D" w:rsidRDefault="00000000">
            <w:pPr>
              <w:spacing w:after="0"/>
            </w:pPr>
            <w:r>
              <w:rPr>
                <w:b/>
                <w:sz w:val="19"/>
              </w:rPr>
              <w:t>Segnalazione compilata da</w:t>
            </w:r>
          </w:p>
        </w:tc>
        <w:tc>
          <w:tcPr>
            <w:tcW w:w="7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FC3AA" w14:textId="77777777" w:rsidR="00C66D1D" w:rsidRDefault="00C66D1D">
            <w:pPr>
              <w:spacing w:after="0"/>
            </w:pPr>
          </w:p>
        </w:tc>
      </w:tr>
      <w:tr w:rsidR="00C66D1D" w14:paraId="014A914E" w14:textId="77777777">
        <w:trPr>
          <w:cantSplit/>
          <w:jc w:val="center"/>
        </w:trPr>
        <w:tc>
          <w:tcPr>
            <w:tcW w:w="2835" w:type="dxa"/>
            <w:shd w:val="clear" w:color="auto" w:fill="EAF2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44F26" w14:textId="77777777" w:rsidR="00C66D1D" w:rsidRDefault="00000000">
            <w:pPr>
              <w:spacing w:after="0"/>
            </w:pPr>
            <w:r>
              <w:rPr>
                <w:b/>
                <w:sz w:val="19"/>
              </w:rPr>
              <w:t>Data</w:t>
            </w:r>
          </w:p>
        </w:tc>
        <w:tc>
          <w:tcPr>
            <w:tcW w:w="7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D5173" w14:textId="77777777" w:rsidR="00C66D1D" w:rsidRDefault="00C66D1D">
            <w:pPr>
              <w:spacing w:after="0"/>
            </w:pPr>
          </w:p>
        </w:tc>
      </w:tr>
      <w:tr w:rsidR="00C66D1D" w14:paraId="179B15D3" w14:textId="77777777">
        <w:trPr>
          <w:cantSplit/>
          <w:jc w:val="center"/>
        </w:trPr>
        <w:tc>
          <w:tcPr>
            <w:tcW w:w="2835" w:type="dxa"/>
            <w:shd w:val="clear" w:color="auto" w:fill="EAF2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51FCD" w14:textId="77777777" w:rsidR="00C66D1D" w:rsidRDefault="00000000">
            <w:pPr>
              <w:spacing w:after="0"/>
            </w:pPr>
            <w:r>
              <w:rPr>
                <w:b/>
                <w:sz w:val="19"/>
              </w:rPr>
              <w:t>Firma</w:t>
            </w:r>
          </w:p>
        </w:tc>
        <w:tc>
          <w:tcPr>
            <w:tcW w:w="7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1B35F" w14:textId="77777777" w:rsidR="00C66D1D" w:rsidRDefault="00C66D1D">
            <w:pPr>
              <w:spacing w:after="0"/>
            </w:pPr>
          </w:p>
        </w:tc>
      </w:tr>
    </w:tbl>
    <w:p w14:paraId="33A0F467" w14:textId="77777777" w:rsidR="00C66D1D" w:rsidRDefault="00000000">
      <w:pPr>
        <w:spacing w:before="120" w:after="80"/>
        <w:jc w:val="center"/>
      </w:pPr>
      <w:r>
        <w:rPr>
          <w:i/>
          <w:sz w:val="17"/>
        </w:rPr>
        <w:t>Da stampare fronte/retro con la pagina seguente, se utilizzato in formato cartaceo.</w:t>
      </w:r>
    </w:p>
    <w:p w14:paraId="40CCE876" w14:textId="77777777" w:rsidR="00C66D1D" w:rsidRDefault="00000000">
      <w:r>
        <w:br w:type="page"/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0540"/>
      </w:tblGrid>
      <w:tr w:rsidR="00C66D1D" w14:paraId="3E8816B1" w14:textId="77777777">
        <w:trPr>
          <w:cantSplit/>
          <w:jc w:val="center"/>
        </w:trPr>
        <w:tc>
          <w:tcPr>
            <w:tcW w:w="10540" w:type="dxa"/>
            <w:shd w:val="clear" w:color="auto" w:fill="D9EAF7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0FFED6EE" w14:textId="77777777" w:rsidR="00C66D1D" w:rsidRDefault="00000000">
            <w:pPr>
              <w:spacing w:after="0"/>
              <w:jc w:val="center"/>
            </w:pPr>
            <w:r>
              <w:rPr>
                <w:b/>
                <w:sz w:val="22"/>
              </w:rPr>
              <w:lastRenderedPageBreak/>
              <w:t>MODULO DI RILEVAZIONE DEGLI INTERVENTI DI PRIMO SOCCORSO</w:t>
            </w:r>
          </w:p>
        </w:tc>
      </w:tr>
    </w:tbl>
    <w:p w14:paraId="05DB60EB" w14:textId="77777777" w:rsidR="00C66D1D" w:rsidRDefault="00C66D1D">
      <w:pPr>
        <w:spacing w:after="0"/>
      </w:pP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3969"/>
        <w:gridCol w:w="2635"/>
        <w:gridCol w:w="2635"/>
      </w:tblGrid>
      <w:tr w:rsidR="00C66D1D" w14:paraId="79D437DE" w14:textId="77777777">
        <w:trPr>
          <w:cantSplit/>
          <w:jc w:val="center"/>
        </w:trPr>
        <w:tc>
          <w:tcPr>
            <w:tcW w:w="2635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C21B7F7" w14:textId="77777777" w:rsidR="00C66D1D" w:rsidRDefault="00000000">
            <w:pPr>
              <w:spacing w:after="0"/>
            </w:pPr>
            <w:r>
              <w:rPr>
                <w:b/>
                <w:sz w:val="17"/>
              </w:rPr>
              <w:t>Data</w:t>
            </w:r>
          </w:p>
        </w:tc>
        <w:tc>
          <w:tcPr>
            <w:tcW w:w="263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49B5918" w14:textId="77777777" w:rsidR="00C66D1D" w:rsidRDefault="00C66D1D">
            <w:pPr>
              <w:spacing w:after="0"/>
            </w:pPr>
          </w:p>
        </w:tc>
        <w:tc>
          <w:tcPr>
            <w:tcW w:w="2635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6B5C9CF" w14:textId="77777777" w:rsidR="00C66D1D" w:rsidRDefault="00000000">
            <w:pPr>
              <w:spacing w:after="0"/>
            </w:pPr>
            <w:r>
              <w:rPr>
                <w:b/>
                <w:sz w:val="17"/>
              </w:rPr>
              <w:t>Classe</w:t>
            </w:r>
          </w:p>
        </w:tc>
        <w:tc>
          <w:tcPr>
            <w:tcW w:w="263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70BC6BD" w14:textId="77777777" w:rsidR="00C66D1D" w:rsidRDefault="00C66D1D">
            <w:pPr>
              <w:spacing w:after="0"/>
            </w:pPr>
          </w:p>
        </w:tc>
      </w:tr>
      <w:tr w:rsidR="00C66D1D" w14:paraId="505D913C" w14:textId="77777777">
        <w:trPr>
          <w:cantSplit/>
          <w:jc w:val="center"/>
        </w:trPr>
        <w:tc>
          <w:tcPr>
            <w:tcW w:w="2835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D703F7A" w14:textId="77777777" w:rsidR="00C66D1D" w:rsidRDefault="00000000">
            <w:pPr>
              <w:spacing w:after="0"/>
            </w:pPr>
            <w:r>
              <w:rPr>
                <w:b/>
                <w:sz w:val="17"/>
              </w:rPr>
              <w:t>Nome dell’infortunato/a o colto/a da malore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64000AA" w14:textId="77777777" w:rsidR="00C66D1D" w:rsidRDefault="00C66D1D">
            <w:pPr>
              <w:spacing w:after="0"/>
            </w:pPr>
          </w:p>
        </w:tc>
        <w:tc>
          <w:tcPr>
            <w:tcW w:w="1701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0664F53" w14:textId="77777777" w:rsidR="00C66D1D" w:rsidRDefault="00000000">
            <w:pPr>
              <w:spacing w:after="0"/>
            </w:pPr>
            <w:r>
              <w:rPr>
                <w:b/>
                <w:sz w:val="17"/>
              </w:rPr>
              <w:t>Ora intervento</w:t>
            </w: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FFE0D9F" w14:textId="77777777" w:rsidR="00C66D1D" w:rsidRDefault="00C66D1D">
            <w:pPr>
              <w:spacing w:after="0"/>
            </w:pPr>
          </w:p>
        </w:tc>
      </w:tr>
    </w:tbl>
    <w:p w14:paraId="30998A08" w14:textId="77777777" w:rsidR="00C66D1D" w:rsidRDefault="00C66D1D">
      <w:pPr>
        <w:spacing w:after="20"/>
      </w:pPr>
    </w:p>
    <w:p w14:paraId="0D512994" w14:textId="77777777" w:rsidR="00C66D1D" w:rsidRDefault="00000000">
      <w:pPr>
        <w:spacing w:after="60"/>
        <w:jc w:val="center"/>
      </w:pPr>
      <w:r>
        <w:rPr>
          <w:b/>
        </w:rPr>
        <w:t>L’intervento ha riguardato:</w:t>
      </w:r>
    </w:p>
    <w:tbl>
      <w:tblPr>
        <w:tblW w:w="0" w:type="auto"/>
        <w:jc w:val="center"/>
        <w:tblBorders>
          <w:top w:val="single" w:sz="5" w:space="0" w:color="7F7F7F"/>
          <w:left w:val="single" w:sz="5" w:space="0" w:color="7F7F7F"/>
          <w:bottom w:val="single" w:sz="5" w:space="0" w:color="7F7F7F"/>
          <w:right w:val="single" w:sz="5" w:space="0" w:color="7F7F7F"/>
          <w:insideH w:val="single" w:sz="5" w:space="0" w:color="7F7F7F"/>
          <w:insideV w:val="single" w:sz="5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171"/>
        <w:gridCol w:w="1171"/>
        <w:gridCol w:w="1171"/>
        <w:gridCol w:w="1171"/>
        <w:gridCol w:w="1171"/>
        <w:gridCol w:w="1171"/>
        <w:gridCol w:w="1171"/>
        <w:gridCol w:w="1171"/>
        <w:gridCol w:w="1171"/>
      </w:tblGrid>
      <w:tr w:rsidR="00C66D1D" w14:paraId="22809E20" w14:textId="77777777">
        <w:trPr>
          <w:cantSplit/>
          <w:trHeight w:val="397"/>
          <w:jc w:val="center"/>
        </w:trPr>
        <w:tc>
          <w:tcPr>
            <w:tcW w:w="1171" w:type="dxa"/>
            <w:shd w:val="clear" w:color="auto" w:fill="D9EAF7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DB4CFFB" w14:textId="77777777" w:rsidR="00C66D1D" w:rsidRDefault="00000000">
            <w:pPr>
              <w:spacing w:after="0"/>
              <w:jc w:val="center"/>
            </w:pPr>
            <w:r>
              <w:rPr>
                <w:b/>
                <w:sz w:val="15"/>
              </w:rPr>
              <w:t>Sede</w:t>
            </w:r>
          </w:p>
        </w:tc>
        <w:tc>
          <w:tcPr>
            <w:tcW w:w="1171" w:type="dxa"/>
            <w:shd w:val="clear" w:color="auto" w:fill="D9EAF7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9BB963" w14:textId="77777777" w:rsidR="00C66D1D" w:rsidRDefault="00000000">
            <w:pPr>
              <w:spacing w:after="0"/>
              <w:jc w:val="center"/>
            </w:pPr>
            <w:r>
              <w:rPr>
                <w:b/>
                <w:sz w:val="14"/>
              </w:rPr>
              <w:t>Contusione</w:t>
            </w:r>
          </w:p>
        </w:tc>
        <w:tc>
          <w:tcPr>
            <w:tcW w:w="1171" w:type="dxa"/>
            <w:shd w:val="clear" w:color="auto" w:fill="D9EAF7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D23BF58" w14:textId="77777777" w:rsidR="00C66D1D" w:rsidRDefault="00000000">
            <w:pPr>
              <w:spacing w:after="0"/>
              <w:jc w:val="center"/>
            </w:pPr>
            <w:r>
              <w:rPr>
                <w:b/>
                <w:sz w:val="14"/>
              </w:rPr>
              <w:t>Sospetta frattura</w:t>
            </w:r>
          </w:p>
        </w:tc>
        <w:tc>
          <w:tcPr>
            <w:tcW w:w="1171" w:type="dxa"/>
            <w:shd w:val="clear" w:color="auto" w:fill="D9EAF7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F70452B" w14:textId="77777777" w:rsidR="00C66D1D" w:rsidRDefault="00000000">
            <w:pPr>
              <w:spacing w:after="0"/>
              <w:jc w:val="center"/>
            </w:pPr>
            <w:r>
              <w:rPr>
                <w:b/>
                <w:sz w:val="14"/>
              </w:rPr>
              <w:t>Ferita</w:t>
            </w:r>
          </w:p>
        </w:tc>
        <w:tc>
          <w:tcPr>
            <w:tcW w:w="1171" w:type="dxa"/>
            <w:shd w:val="clear" w:color="auto" w:fill="D9EAF7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1A774A" w14:textId="77777777" w:rsidR="00C66D1D" w:rsidRDefault="00000000">
            <w:pPr>
              <w:spacing w:after="0"/>
              <w:jc w:val="center"/>
            </w:pPr>
            <w:r>
              <w:rPr>
                <w:b/>
                <w:sz w:val="14"/>
              </w:rPr>
              <w:t>Amputazione</w:t>
            </w:r>
          </w:p>
        </w:tc>
        <w:tc>
          <w:tcPr>
            <w:tcW w:w="1171" w:type="dxa"/>
            <w:shd w:val="clear" w:color="auto" w:fill="D9EAF7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F5EFE51" w14:textId="77777777" w:rsidR="00C66D1D" w:rsidRDefault="00000000">
            <w:pPr>
              <w:spacing w:after="0"/>
              <w:jc w:val="center"/>
            </w:pPr>
            <w:r>
              <w:rPr>
                <w:b/>
                <w:sz w:val="14"/>
              </w:rPr>
              <w:t>Corpo estraneo</w:t>
            </w:r>
          </w:p>
        </w:tc>
        <w:tc>
          <w:tcPr>
            <w:tcW w:w="1171" w:type="dxa"/>
            <w:shd w:val="clear" w:color="auto" w:fill="D9EAF7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A4F3840" w14:textId="77777777" w:rsidR="00C66D1D" w:rsidRDefault="00000000">
            <w:pPr>
              <w:spacing w:after="0"/>
              <w:jc w:val="center"/>
            </w:pPr>
            <w:r>
              <w:rPr>
                <w:b/>
                <w:sz w:val="14"/>
              </w:rPr>
              <w:t>Intossicazione</w:t>
            </w:r>
          </w:p>
        </w:tc>
        <w:tc>
          <w:tcPr>
            <w:tcW w:w="1171" w:type="dxa"/>
            <w:shd w:val="clear" w:color="auto" w:fill="D9EAF7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2DCC64" w14:textId="77777777" w:rsidR="00C66D1D" w:rsidRDefault="00000000">
            <w:pPr>
              <w:spacing w:after="0"/>
              <w:jc w:val="center"/>
            </w:pPr>
            <w:r>
              <w:rPr>
                <w:b/>
                <w:sz w:val="14"/>
              </w:rPr>
              <w:t>Ustione</w:t>
            </w:r>
          </w:p>
        </w:tc>
        <w:tc>
          <w:tcPr>
            <w:tcW w:w="1171" w:type="dxa"/>
            <w:shd w:val="clear" w:color="auto" w:fill="D9EAF7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406C356" w14:textId="77777777" w:rsidR="00C66D1D" w:rsidRDefault="00000000">
            <w:pPr>
              <w:spacing w:after="0"/>
              <w:jc w:val="center"/>
            </w:pPr>
            <w:r>
              <w:rPr>
                <w:b/>
                <w:sz w:val="14"/>
              </w:rPr>
              <w:t>Ustione chimica</w:t>
            </w:r>
          </w:p>
        </w:tc>
      </w:tr>
      <w:tr w:rsidR="00CF43E1" w14:paraId="7A720DBA" w14:textId="77777777" w:rsidTr="00C51D50">
        <w:trPr>
          <w:cantSplit/>
          <w:trHeight w:val="397"/>
          <w:jc w:val="center"/>
        </w:trPr>
        <w:tc>
          <w:tcPr>
            <w:tcW w:w="1171" w:type="dxa"/>
            <w:shd w:val="clear" w:color="auto" w:fill="EAF2F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3EE9F9" w14:textId="77777777" w:rsidR="00CF43E1" w:rsidRDefault="00CF43E1" w:rsidP="00CF43E1">
            <w:pPr>
              <w:spacing w:after="0"/>
            </w:pPr>
            <w:r>
              <w:rPr>
                <w:b/>
                <w:sz w:val="15"/>
              </w:rPr>
              <w:t>Capo o collo</w:t>
            </w:r>
          </w:p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sdt>
            <w:sdtPr>
              <w:id w:val="-3564298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7A2BFB5" w14:textId="4A8A0BB7" w:rsidR="00CF43E1" w:rsidRDefault="00CF43E1" w:rsidP="00CF43E1">
                <w:pPr>
                  <w:spacing w:after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6736377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9A1832F" w14:textId="0F7D1E4D" w:rsidR="00CF43E1" w:rsidRDefault="00CF43E1" w:rsidP="00CF43E1">
                <w:pPr>
                  <w:spacing w:after="0"/>
                  <w:jc w:val="center"/>
                </w:pPr>
                <w:r w:rsidRPr="008E7ECF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2243736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4326271" w14:textId="770F2A2C" w:rsidR="00CF43E1" w:rsidRDefault="00CF43E1" w:rsidP="00CF43E1">
                <w:pPr>
                  <w:spacing w:after="0"/>
                  <w:jc w:val="center"/>
                </w:pPr>
                <w:r w:rsidRPr="008E7ECF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12837315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BF73DA7" w14:textId="690B0D65" w:rsidR="00CF43E1" w:rsidRDefault="00CF43E1" w:rsidP="00CF43E1">
                <w:pPr>
                  <w:spacing w:after="0"/>
                  <w:jc w:val="center"/>
                </w:pPr>
                <w:r w:rsidRPr="008E7ECF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3862588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704F6C6" w14:textId="1BAA16E0" w:rsidR="00CF43E1" w:rsidRDefault="00CF43E1" w:rsidP="00CF43E1">
                <w:pPr>
                  <w:spacing w:after="0"/>
                  <w:jc w:val="center"/>
                </w:pPr>
                <w:r w:rsidRPr="008E7ECF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5160526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47BF23C" w14:textId="7D81253A" w:rsidR="00CF43E1" w:rsidRDefault="00CF43E1" w:rsidP="00CF43E1">
                <w:pPr>
                  <w:spacing w:after="0"/>
                  <w:jc w:val="center"/>
                </w:pPr>
                <w:r w:rsidRPr="008E7ECF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13871443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2089547" w14:textId="3353F3B1" w:rsidR="00CF43E1" w:rsidRDefault="00CF43E1" w:rsidP="00CF43E1">
                <w:pPr>
                  <w:spacing w:after="0"/>
                  <w:jc w:val="center"/>
                </w:pPr>
                <w:r w:rsidRPr="008E7ECF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10311863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E53A872" w14:textId="668E2CFF" w:rsidR="00CF43E1" w:rsidRDefault="00CF43E1" w:rsidP="00CF43E1">
                <w:pPr>
                  <w:spacing w:after="0"/>
                  <w:jc w:val="center"/>
                </w:pPr>
                <w:r w:rsidRPr="008E7ECF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CF43E1" w14:paraId="71F8C3EA" w14:textId="77777777" w:rsidTr="009D6F03">
        <w:trPr>
          <w:cantSplit/>
          <w:trHeight w:val="397"/>
          <w:jc w:val="center"/>
        </w:trPr>
        <w:tc>
          <w:tcPr>
            <w:tcW w:w="1171" w:type="dxa"/>
            <w:shd w:val="clear" w:color="auto" w:fill="EAF2F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485A37E" w14:textId="77777777" w:rsidR="00CF43E1" w:rsidRDefault="00CF43E1" w:rsidP="00CF43E1">
            <w:pPr>
              <w:spacing w:after="0"/>
            </w:pPr>
            <w:r>
              <w:rPr>
                <w:b/>
                <w:sz w:val="15"/>
              </w:rPr>
              <w:t>Viso</w:t>
            </w:r>
          </w:p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6232018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5DDC343" w14:textId="279950D0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3935599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7989470" w14:textId="5445A270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3711496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383883F" w14:textId="712B555A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10435931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80EA098" w14:textId="4BAE9513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14906847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433BA8A" w14:textId="1BDEFF0E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14397432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F881960" w14:textId="28446034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7420721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3423829" w14:textId="09AAEFF9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2170568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E717740" w14:textId="0C6CF42D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CF43E1" w14:paraId="30C53BE9" w14:textId="77777777" w:rsidTr="009D6F03">
        <w:trPr>
          <w:cantSplit/>
          <w:trHeight w:val="397"/>
          <w:jc w:val="center"/>
        </w:trPr>
        <w:tc>
          <w:tcPr>
            <w:tcW w:w="1171" w:type="dxa"/>
            <w:shd w:val="clear" w:color="auto" w:fill="EAF2F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80D6E6" w14:textId="77777777" w:rsidR="00CF43E1" w:rsidRDefault="00CF43E1" w:rsidP="00CF43E1">
            <w:pPr>
              <w:spacing w:after="0"/>
            </w:pPr>
            <w:r>
              <w:rPr>
                <w:b/>
                <w:sz w:val="15"/>
              </w:rPr>
              <w:t>Occhio</w:t>
            </w:r>
          </w:p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3701541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CC12F2A" w14:textId="7580EEB3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17885011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A3B309A" w14:textId="21C8D6DE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12644962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BC475B0" w14:textId="635E4B9E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21158090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AE3B070" w14:textId="543CFAE6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8338397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BF487CF" w14:textId="24EB399E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18493578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F0B0935" w14:textId="7655BD00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2069952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56D1D95" w14:textId="08C78702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6389311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614A331" w14:textId="4A49190E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CF43E1" w14:paraId="2DA51197" w14:textId="77777777" w:rsidTr="009D6F03">
        <w:trPr>
          <w:cantSplit/>
          <w:trHeight w:val="397"/>
          <w:jc w:val="center"/>
        </w:trPr>
        <w:tc>
          <w:tcPr>
            <w:tcW w:w="1171" w:type="dxa"/>
            <w:shd w:val="clear" w:color="auto" w:fill="EAF2F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981A76" w14:textId="77777777" w:rsidR="00CF43E1" w:rsidRDefault="00CF43E1" w:rsidP="00CF43E1">
            <w:pPr>
              <w:spacing w:after="0"/>
            </w:pPr>
            <w:r>
              <w:rPr>
                <w:b/>
                <w:sz w:val="15"/>
              </w:rPr>
              <w:t>Tronco</w:t>
            </w:r>
          </w:p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8682136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B3BD8E9" w14:textId="3141D131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19996463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1FD5DC0" w14:textId="183CDCDD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1530680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0027960" w14:textId="66F89E7F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17358141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9F71D8E" w14:textId="42886C26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4538298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835CDF1" w14:textId="1BC05104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6912632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32A6BF8" w14:textId="13BE2073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17635215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D7CE5A2" w14:textId="1A119D63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7780729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B8237D7" w14:textId="08ECE33B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CF43E1" w14:paraId="35252162" w14:textId="77777777" w:rsidTr="009D6F03">
        <w:trPr>
          <w:cantSplit/>
          <w:trHeight w:val="397"/>
          <w:jc w:val="center"/>
        </w:trPr>
        <w:tc>
          <w:tcPr>
            <w:tcW w:w="1171" w:type="dxa"/>
            <w:shd w:val="clear" w:color="auto" w:fill="EAF2F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0A0A992" w14:textId="77777777" w:rsidR="00CF43E1" w:rsidRDefault="00CF43E1" w:rsidP="00CF43E1">
            <w:pPr>
              <w:spacing w:after="0"/>
            </w:pPr>
            <w:r>
              <w:rPr>
                <w:b/>
                <w:sz w:val="15"/>
              </w:rPr>
              <w:t>Spalla o braccio</w:t>
            </w:r>
          </w:p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11921174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E96061B" w14:textId="54FB5127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9206389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C74F8E5" w14:textId="5DF4A5E6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866974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E7D6726" w14:textId="218252B6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20023853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BEADD52" w14:textId="6656B18B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9960673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C395554" w14:textId="25CD17CB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12721329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E8B3661" w14:textId="6A1A6BFF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14209848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DB2104A" w14:textId="38124AD5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7571379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327B3AF" w14:textId="497E2EBC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CF43E1" w14:paraId="17EAD7A0" w14:textId="77777777" w:rsidTr="009D6F03">
        <w:trPr>
          <w:cantSplit/>
          <w:trHeight w:val="397"/>
          <w:jc w:val="center"/>
        </w:trPr>
        <w:tc>
          <w:tcPr>
            <w:tcW w:w="1171" w:type="dxa"/>
            <w:shd w:val="clear" w:color="auto" w:fill="EAF2F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C7E7A26" w14:textId="77777777" w:rsidR="00CF43E1" w:rsidRDefault="00CF43E1" w:rsidP="00CF43E1">
            <w:pPr>
              <w:spacing w:after="0"/>
            </w:pPr>
            <w:r>
              <w:rPr>
                <w:b/>
                <w:sz w:val="15"/>
              </w:rPr>
              <w:t>Dita o mano</w:t>
            </w:r>
          </w:p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6701845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B2103EF" w14:textId="488C2451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1419370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CA0B2AD" w14:textId="2A012A02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10791865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BF3824B" w14:textId="5AED721F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9043762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7DA6337" w14:textId="5B6FD125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12850781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01D2B5D" w14:textId="623EFFEE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19139645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A158EB0" w14:textId="6CAB13C8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12525753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80FD22D" w14:textId="374FFD39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21002117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1FED2D4" w14:textId="6E9FACDA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CF43E1" w14:paraId="3414368F" w14:textId="77777777" w:rsidTr="009D6F03">
        <w:trPr>
          <w:cantSplit/>
          <w:trHeight w:val="397"/>
          <w:jc w:val="center"/>
        </w:trPr>
        <w:tc>
          <w:tcPr>
            <w:tcW w:w="1171" w:type="dxa"/>
            <w:shd w:val="clear" w:color="auto" w:fill="EAF2F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5EC8FA" w14:textId="77777777" w:rsidR="00CF43E1" w:rsidRDefault="00CF43E1" w:rsidP="00CF43E1">
            <w:pPr>
              <w:spacing w:after="0"/>
            </w:pPr>
            <w:r>
              <w:rPr>
                <w:b/>
                <w:sz w:val="15"/>
              </w:rPr>
              <w:t>Polso</w:t>
            </w:r>
          </w:p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4127047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A50ECF8" w14:textId="275ECCB7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4596926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9FD13F" w14:textId="32D30E65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17817859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72B07C6" w14:textId="5CEBCDCF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3271376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8D5FF02" w14:textId="3E68B451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7861619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4A4E5E4" w14:textId="73F1013F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13091314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5142076" w14:textId="4C26A5E0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11172187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02E3764" w14:textId="0D005813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15067368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80FE015" w14:textId="32F29446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CF43E1" w14:paraId="6EA5D5E7" w14:textId="77777777" w:rsidTr="009D6F03">
        <w:trPr>
          <w:cantSplit/>
          <w:trHeight w:val="397"/>
          <w:jc w:val="center"/>
        </w:trPr>
        <w:tc>
          <w:tcPr>
            <w:tcW w:w="1171" w:type="dxa"/>
            <w:shd w:val="clear" w:color="auto" w:fill="EAF2F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67DD6E2" w14:textId="77777777" w:rsidR="00CF43E1" w:rsidRDefault="00CF43E1" w:rsidP="00CF43E1">
            <w:pPr>
              <w:spacing w:after="0"/>
            </w:pPr>
            <w:r>
              <w:rPr>
                <w:b/>
                <w:sz w:val="15"/>
              </w:rPr>
              <w:t>Gamba</w:t>
            </w:r>
          </w:p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2994381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4A941CB" w14:textId="0F95FAA2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18946559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C4DCA3D" w14:textId="4EE9C673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1448951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543032" w14:textId="6B3295C5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20686475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BC9C42E" w14:textId="017CFB76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2804997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67806A2" w14:textId="6AE63605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17483377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5A33A4F" w14:textId="51BA960E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10983342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200D127" w14:textId="5FF72682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7676878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4648097" w14:textId="03349E94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CF43E1" w14:paraId="174EF08D" w14:textId="77777777" w:rsidTr="009D6F03">
        <w:trPr>
          <w:cantSplit/>
          <w:trHeight w:val="397"/>
          <w:jc w:val="center"/>
        </w:trPr>
        <w:tc>
          <w:tcPr>
            <w:tcW w:w="1171" w:type="dxa"/>
            <w:shd w:val="clear" w:color="auto" w:fill="EAF2F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B0BEFD5" w14:textId="77777777" w:rsidR="00CF43E1" w:rsidRDefault="00CF43E1" w:rsidP="00CF43E1">
            <w:pPr>
              <w:spacing w:after="0"/>
            </w:pPr>
            <w:r>
              <w:rPr>
                <w:b/>
                <w:sz w:val="15"/>
              </w:rPr>
              <w:t>Piede o caviglia</w:t>
            </w:r>
          </w:p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4788483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3FCB464" w14:textId="3600271B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17491488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0A13D77" w14:textId="379D5354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4597276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4BFCF9A" w14:textId="74FD1333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15758584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D8C2AD3" w14:textId="47C46FB9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13417376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553BF5C" w14:textId="7AC26057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492369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8E11D0A" w14:textId="494275C2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6044933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F23E2B2" w14:textId="3F17ED5E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7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sdt>
            <w:sdtPr>
              <w:id w:val="-96049919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EBCAD3E" w14:textId="38DD0844" w:rsidR="00CF43E1" w:rsidRDefault="00CF43E1" w:rsidP="00CF43E1">
                <w:pPr>
                  <w:spacing w:after="0"/>
                  <w:jc w:val="center"/>
                </w:pPr>
                <w:r w:rsidRPr="006D0BE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</w:tbl>
    <w:p w14:paraId="4A6F2092" w14:textId="77777777" w:rsidR="00C66D1D" w:rsidRDefault="00000000">
      <w:pPr>
        <w:spacing w:before="80" w:after="40"/>
      </w:pPr>
      <w:r>
        <w:rPr>
          <w:b/>
        </w:rPr>
        <w:t xml:space="preserve">Tipo di infortunio/malore accusato: </w:t>
      </w:r>
      <w:r>
        <w:t>______________________________________________________________________________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635"/>
        <w:gridCol w:w="2635"/>
        <w:gridCol w:w="2635"/>
        <w:gridCol w:w="2635"/>
      </w:tblGrid>
      <w:tr w:rsidR="00C66D1D" w14:paraId="1471B687" w14:textId="77777777">
        <w:trPr>
          <w:cantSplit/>
          <w:jc w:val="center"/>
        </w:trPr>
        <w:tc>
          <w:tcPr>
            <w:tcW w:w="5270" w:type="dxa"/>
            <w:gridSpan w:val="2"/>
            <w:shd w:val="clear" w:color="auto" w:fill="D9EAF7"/>
          </w:tcPr>
          <w:p w14:paraId="24416898" w14:textId="77777777" w:rsidR="00C66D1D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Presidi di PS utilizzati per l’intervento</w:t>
            </w:r>
          </w:p>
        </w:tc>
        <w:tc>
          <w:tcPr>
            <w:tcW w:w="5270" w:type="dxa"/>
            <w:gridSpan w:val="2"/>
            <w:shd w:val="clear" w:color="auto" w:fill="D9EAF7"/>
          </w:tcPr>
          <w:p w14:paraId="7C5643BD" w14:textId="77777777" w:rsidR="00C66D1D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L’intervento si è concluso con</w:t>
            </w:r>
          </w:p>
        </w:tc>
      </w:tr>
      <w:tr w:rsidR="00CF43E1" w14:paraId="200CADCB" w14:textId="77777777">
        <w:trPr>
          <w:cantSplit/>
          <w:jc w:val="center"/>
        </w:trPr>
        <w:tc>
          <w:tcPr>
            <w:tcW w:w="263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sdt>
            <w:sdtPr>
              <w:id w:val="-19901633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9741F19" w14:textId="1AEAFB87" w:rsidR="00CF43E1" w:rsidRDefault="00CF43E1" w:rsidP="00CF43E1">
                <w:pPr>
                  <w:spacing w:after="0"/>
                  <w:jc w:val="center"/>
                </w:pPr>
                <w:r w:rsidRPr="00FD584E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263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6D9FBEB" w14:textId="77777777" w:rsidR="00CF43E1" w:rsidRDefault="00CF43E1" w:rsidP="00CF43E1">
            <w:pPr>
              <w:spacing w:after="0"/>
            </w:pPr>
            <w:r>
              <w:rPr>
                <w:sz w:val="17"/>
              </w:rPr>
              <w:t>Ghiaccio</w:t>
            </w:r>
          </w:p>
        </w:tc>
        <w:tc>
          <w:tcPr>
            <w:tcW w:w="263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sdt>
            <w:sdtPr>
              <w:id w:val="11067825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3A22730" w14:textId="659B44D8" w:rsidR="00CF43E1" w:rsidRDefault="00CF43E1" w:rsidP="00CF43E1">
                <w:pPr>
                  <w:spacing w:after="0"/>
                  <w:jc w:val="center"/>
                </w:pPr>
                <w:r w:rsidRPr="00900081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263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EC6147C" w14:textId="77777777" w:rsidR="00CF43E1" w:rsidRDefault="00CF43E1" w:rsidP="00CF43E1">
            <w:pPr>
              <w:spacing w:after="0"/>
            </w:pPr>
            <w:r>
              <w:rPr>
                <w:sz w:val="17"/>
              </w:rPr>
              <w:t>Ricorso al 118</w:t>
            </w:r>
          </w:p>
        </w:tc>
      </w:tr>
      <w:tr w:rsidR="00CF43E1" w14:paraId="5A9C7F85" w14:textId="77777777">
        <w:trPr>
          <w:cantSplit/>
          <w:jc w:val="center"/>
        </w:trPr>
        <w:tc>
          <w:tcPr>
            <w:tcW w:w="263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sdt>
            <w:sdtPr>
              <w:id w:val="-21269164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17408EF" w14:textId="5A2B367A" w:rsidR="00CF43E1" w:rsidRDefault="00CF43E1" w:rsidP="00CF43E1">
                <w:pPr>
                  <w:spacing w:after="0"/>
                  <w:jc w:val="center"/>
                </w:pPr>
                <w:r w:rsidRPr="00FD584E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263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B877789" w14:textId="77777777" w:rsidR="00CF43E1" w:rsidRDefault="00CF43E1" w:rsidP="00CF43E1">
            <w:pPr>
              <w:spacing w:after="0"/>
            </w:pPr>
            <w:r>
              <w:rPr>
                <w:sz w:val="17"/>
              </w:rPr>
              <w:t>Bende</w:t>
            </w:r>
          </w:p>
        </w:tc>
        <w:tc>
          <w:tcPr>
            <w:tcW w:w="263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sdt>
            <w:sdtPr>
              <w:id w:val="-13090790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701C440" w14:textId="5E995A23" w:rsidR="00CF43E1" w:rsidRDefault="00CF43E1" w:rsidP="00CF43E1">
                <w:pPr>
                  <w:spacing w:after="0"/>
                  <w:jc w:val="center"/>
                </w:pPr>
                <w:r w:rsidRPr="00900081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263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9D279EE" w14:textId="77777777" w:rsidR="00CF43E1" w:rsidRDefault="00CF43E1" w:rsidP="00CF43E1">
            <w:pPr>
              <w:spacing w:after="0"/>
            </w:pPr>
            <w:r>
              <w:rPr>
                <w:sz w:val="17"/>
              </w:rPr>
              <w:t>Riconsegnato ai genitori</w:t>
            </w:r>
          </w:p>
        </w:tc>
      </w:tr>
      <w:tr w:rsidR="00CF43E1" w14:paraId="21CA7E87" w14:textId="77777777">
        <w:trPr>
          <w:cantSplit/>
          <w:jc w:val="center"/>
        </w:trPr>
        <w:tc>
          <w:tcPr>
            <w:tcW w:w="263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sdt>
            <w:sdtPr>
              <w:id w:val="7207896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0D4E5E9" w14:textId="663FC13F" w:rsidR="00CF43E1" w:rsidRDefault="00CF43E1" w:rsidP="00CF43E1">
                <w:pPr>
                  <w:spacing w:after="0"/>
                  <w:jc w:val="center"/>
                </w:pPr>
                <w:r w:rsidRPr="00FD584E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263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284F842" w14:textId="77777777" w:rsidR="00CF43E1" w:rsidRDefault="00CF43E1" w:rsidP="00CF43E1">
            <w:pPr>
              <w:spacing w:after="0"/>
            </w:pPr>
            <w:r>
              <w:rPr>
                <w:sz w:val="17"/>
              </w:rPr>
              <w:t>Garze</w:t>
            </w:r>
          </w:p>
        </w:tc>
        <w:tc>
          <w:tcPr>
            <w:tcW w:w="263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sdt>
            <w:sdtPr>
              <w:id w:val="-18962703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234C2F0" w14:textId="71971D33" w:rsidR="00CF43E1" w:rsidRDefault="00CF43E1" w:rsidP="00CF43E1">
                <w:pPr>
                  <w:spacing w:after="0"/>
                  <w:jc w:val="center"/>
                </w:pPr>
                <w:r w:rsidRPr="00900081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263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D272530" w14:textId="77777777" w:rsidR="00CF43E1" w:rsidRDefault="00CF43E1" w:rsidP="00CF43E1">
            <w:pPr>
              <w:spacing w:after="0"/>
            </w:pPr>
            <w:r>
              <w:rPr>
                <w:sz w:val="17"/>
              </w:rPr>
              <w:t>Accompagnato al Pronto Soccorso</w:t>
            </w:r>
          </w:p>
        </w:tc>
      </w:tr>
      <w:tr w:rsidR="00CF43E1" w14:paraId="23C217FE" w14:textId="77777777">
        <w:trPr>
          <w:cantSplit/>
          <w:jc w:val="center"/>
        </w:trPr>
        <w:tc>
          <w:tcPr>
            <w:tcW w:w="263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sdt>
            <w:sdtPr>
              <w:id w:val="10276023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064D496" w14:textId="657A99A0" w:rsidR="00CF43E1" w:rsidRDefault="00CF43E1" w:rsidP="00CF43E1">
                <w:pPr>
                  <w:spacing w:after="0"/>
                  <w:jc w:val="center"/>
                </w:pPr>
                <w:r w:rsidRPr="00FD584E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263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73C6CA2" w14:textId="77777777" w:rsidR="00CF43E1" w:rsidRDefault="00CF43E1" w:rsidP="00CF43E1">
            <w:pPr>
              <w:spacing w:after="0"/>
            </w:pPr>
            <w:r>
              <w:rPr>
                <w:sz w:val="17"/>
              </w:rPr>
              <w:t>Cerotti</w:t>
            </w:r>
          </w:p>
        </w:tc>
        <w:tc>
          <w:tcPr>
            <w:tcW w:w="263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sdt>
            <w:sdtPr>
              <w:id w:val="-8859484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42083A8" w14:textId="3E06ABE0" w:rsidR="00CF43E1" w:rsidRDefault="00CF43E1" w:rsidP="00CF43E1">
                <w:pPr>
                  <w:spacing w:after="0"/>
                  <w:jc w:val="center"/>
                </w:pPr>
                <w:r w:rsidRPr="00900081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263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E6780B9" w14:textId="77777777" w:rsidR="00CF43E1" w:rsidRDefault="00CF43E1" w:rsidP="00CF43E1">
            <w:pPr>
              <w:spacing w:after="0"/>
            </w:pPr>
            <w:r>
              <w:rPr>
                <w:sz w:val="17"/>
              </w:rPr>
              <w:t>Prelevato da ambulanza</w:t>
            </w:r>
          </w:p>
        </w:tc>
      </w:tr>
      <w:tr w:rsidR="00CF43E1" w14:paraId="2689A6F1" w14:textId="77777777">
        <w:trPr>
          <w:cantSplit/>
          <w:jc w:val="center"/>
        </w:trPr>
        <w:tc>
          <w:tcPr>
            <w:tcW w:w="263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sdt>
            <w:sdtPr>
              <w:id w:val="-19290284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81F3C7E" w14:textId="2F7487BA" w:rsidR="00CF43E1" w:rsidRDefault="00CF43E1" w:rsidP="00CF43E1">
                <w:pPr>
                  <w:spacing w:after="0"/>
                  <w:jc w:val="center"/>
                </w:pPr>
                <w:r w:rsidRPr="00FD584E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263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160AA15" w14:textId="77777777" w:rsidR="00CF43E1" w:rsidRDefault="00CF43E1" w:rsidP="00CF43E1">
            <w:pPr>
              <w:spacing w:after="0"/>
            </w:pPr>
            <w:r>
              <w:rPr>
                <w:sz w:val="17"/>
              </w:rPr>
              <w:t>Guanti</w:t>
            </w:r>
          </w:p>
        </w:tc>
        <w:tc>
          <w:tcPr>
            <w:tcW w:w="263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469A838" w14:textId="77777777" w:rsidR="00CF43E1" w:rsidRDefault="00CF43E1" w:rsidP="00CF43E1">
            <w:pPr>
              <w:spacing w:after="0"/>
              <w:jc w:val="center"/>
            </w:pPr>
          </w:p>
        </w:tc>
        <w:tc>
          <w:tcPr>
            <w:tcW w:w="263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46735DA" w14:textId="77777777" w:rsidR="00CF43E1" w:rsidRDefault="00CF43E1" w:rsidP="00CF43E1">
            <w:pPr>
              <w:spacing w:after="0"/>
            </w:pPr>
          </w:p>
        </w:tc>
      </w:tr>
      <w:tr w:rsidR="00CF43E1" w14:paraId="3DB15109" w14:textId="77777777">
        <w:trPr>
          <w:cantSplit/>
          <w:jc w:val="center"/>
        </w:trPr>
        <w:tc>
          <w:tcPr>
            <w:tcW w:w="263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sdt>
            <w:sdtPr>
              <w:id w:val="1229010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9D62E9E" w14:textId="7E4553E5" w:rsidR="00CF43E1" w:rsidRDefault="00CF43E1" w:rsidP="00CF43E1">
                <w:pPr>
                  <w:spacing w:after="0"/>
                  <w:jc w:val="center"/>
                </w:pPr>
                <w:r w:rsidRPr="00FD584E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263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8C70650" w14:textId="77777777" w:rsidR="00CF43E1" w:rsidRDefault="00CF43E1" w:rsidP="00CF43E1">
            <w:pPr>
              <w:spacing w:after="0"/>
            </w:pPr>
            <w:r>
              <w:rPr>
                <w:sz w:val="17"/>
              </w:rPr>
              <w:t>Altro: __________________</w:t>
            </w:r>
          </w:p>
        </w:tc>
        <w:tc>
          <w:tcPr>
            <w:tcW w:w="263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64A1DA2" w14:textId="77777777" w:rsidR="00CF43E1" w:rsidRDefault="00CF43E1" w:rsidP="00CF43E1">
            <w:pPr>
              <w:spacing w:after="0"/>
              <w:jc w:val="center"/>
            </w:pPr>
          </w:p>
        </w:tc>
        <w:tc>
          <w:tcPr>
            <w:tcW w:w="263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45F78FC" w14:textId="77777777" w:rsidR="00CF43E1" w:rsidRDefault="00CF43E1" w:rsidP="00CF43E1">
            <w:pPr>
              <w:spacing w:after="0"/>
            </w:pPr>
          </w:p>
        </w:tc>
      </w:tr>
    </w:tbl>
    <w:p w14:paraId="567E98EA" w14:textId="77777777" w:rsidR="00C66D1D" w:rsidRDefault="00000000">
      <w:pPr>
        <w:spacing w:before="100"/>
      </w:pPr>
      <w:r>
        <w:rPr>
          <w:b/>
        </w:rPr>
        <w:t xml:space="preserve">L’addetto al primo soccorso/lavoratore: </w:t>
      </w:r>
      <w:r>
        <w:t>_______________________________________</w:t>
      </w:r>
      <w:r>
        <w:rPr>
          <w:b/>
        </w:rPr>
        <w:t xml:space="preserve">   Firma: </w:t>
      </w:r>
      <w:r>
        <w:t>__________________________</w:t>
      </w:r>
    </w:p>
    <w:p w14:paraId="51BD3042" w14:textId="77777777" w:rsidR="00C66D1D" w:rsidRDefault="00000000">
      <w:r>
        <w:br w:type="page"/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0540"/>
      </w:tblGrid>
      <w:tr w:rsidR="00C66D1D" w14:paraId="7E3228AE" w14:textId="77777777">
        <w:trPr>
          <w:cantSplit/>
          <w:jc w:val="center"/>
        </w:trPr>
        <w:tc>
          <w:tcPr>
            <w:tcW w:w="10540" w:type="dxa"/>
            <w:shd w:val="clear" w:color="auto" w:fill="D9EAF7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61F1395A" w14:textId="77777777" w:rsidR="00C66D1D" w:rsidRDefault="00000000">
            <w:pPr>
              <w:spacing w:after="0"/>
              <w:jc w:val="center"/>
            </w:pPr>
            <w:r>
              <w:rPr>
                <w:b/>
                <w:sz w:val="22"/>
              </w:rPr>
              <w:lastRenderedPageBreak/>
              <w:t>RISERVATO AL SERVIZIO DI PREVENZIONE E PROTEZIONE</w:t>
            </w:r>
          </w:p>
        </w:tc>
      </w:tr>
    </w:tbl>
    <w:p w14:paraId="654F8622" w14:textId="77777777" w:rsidR="00C66D1D" w:rsidRDefault="00C66D1D">
      <w:pPr>
        <w:spacing w:after="0"/>
      </w:pPr>
    </w:p>
    <w:p w14:paraId="36D9A7FC" w14:textId="77777777" w:rsidR="00C66D1D" w:rsidRDefault="00000000">
      <w:pPr>
        <w:spacing w:after="80"/>
      </w:pPr>
      <w:r>
        <w:rPr>
          <w:b/>
        </w:rPr>
        <w:t>Infortunato/a</w:t>
      </w:r>
      <w:r>
        <w:t xml:space="preserve"> ___________________________________________________________________</w:t>
      </w:r>
    </w:p>
    <w:p w14:paraId="570E3C06" w14:textId="77777777" w:rsidR="00C66D1D" w:rsidRDefault="00000000">
      <w:pPr>
        <w:spacing w:after="40"/>
      </w:pPr>
      <w:r>
        <w:rPr>
          <w:b/>
        </w:rPr>
        <w:t>Condizioni di rischio che hanno causato/favorito l’evento</w:t>
      </w:r>
    </w:p>
    <w:p w14:paraId="582184F9" w14:textId="77777777" w:rsidR="00C66D1D" w:rsidRDefault="00000000">
      <w:pPr>
        <w:spacing w:after="20" w:line="240" w:lineRule="auto"/>
      </w:pPr>
      <w:r>
        <w:rPr>
          <w:sz w:val="18"/>
        </w:rPr>
        <w:t>______________________________________________________________________________________________________________________</w:t>
      </w:r>
    </w:p>
    <w:p w14:paraId="18F739A6" w14:textId="77777777" w:rsidR="00C66D1D" w:rsidRDefault="00000000">
      <w:pPr>
        <w:spacing w:after="20" w:line="240" w:lineRule="auto"/>
      </w:pPr>
      <w:r>
        <w:rPr>
          <w:sz w:val="18"/>
        </w:rPr>
        <w:t>______________________________________________________________________________________________________________________</w:t>
      </w:r>
    </w:p>
    <w:p w14:paraId="5F6B4C13" w14:textId="77777777" w:rsidR="00C66D1D" w:rsidRDefault="00000000">
      <w:pPr>
        <w:spacing w:after="20" w:line="240" w:lineRule="auto"/>
      </w:pPr>
      <w:r>
        <w:rPr>
          <w:sz w:val="18"/>
        </w:rPr>
        <w:t>______________________________________________________________________________________________________________________</w:t>
      </w:r>
    </w:p>
    <w:p w14:paraId="32526CA4" w14:textId="77777777" w:rsidR="00C66D1D" w:rsidRDefault="00000000">
      <w:pPr>
        <w:spacing w:after="20" w:line="240" w:lineRule="auto"/>
      </w:pPr>
      <w:r>
        <w:rPr>
          <w:sz w:val="18"/>
        </w:rPr>
        <w:t>______________________________________________________________________________________________________________________</w:t>
      </w:r>
    </w:p>
    <w:p w14:paraId="1F1E8D19" w14:textId="77777777" w:rsidR="00C66D1D" w:rsidRDefault="00000000">
      <w:pPr>
        <w:spacing w:after="20" w:line="240" w:lineRule="auto"/>
      </w:pPr>
      <w:r>
        <w:rPr>
          <w:sz w:val="18"/>
        </w:rPr>
        <w:t>______________________________________________________________________________________________________________________</w:t>
      </w:r>
    </w:p>
    <w:p w14:paraId="7217B06D" w14:textId="77777777" w:rsidR="00C66D1D" w:rsidRDefault="00000000">
      <w:pPr>
        <w:spacing w:before="140" w:after="60"/>
      </w:pPr>
      <w:r>
        <w:rPr>
          <w:b/>
        </w:rPr>
        <w:t>Soluzioni e suggerimenti per prevenire incidenti analoghi</w:t>
      </w:r>
    </w:p>
    <w:p w14:paraId="11D83638" w14:textId="77777777" w:rsidR="00C66D1D" w:rsidRDefault="00000000">
      <w:pPr>
        <w:spacing w:after="20"/>
      </w:pPr>
      <w:r>
        <w:rPr>
          <w:b/>
        </w:rPr>
        <w:t>1. Di tipo tecnico</w:t>
      </w:r>
    </w:p>
    <w:p w14:paraId="2EA4B61F" w14:textId="77777777" w:rsidR="00C66D1D" w:rsidRDefault="00000000">
      <w:pPr>
        <w:spacing w:after="20" w:line="240" w:lineRule="auto"/>
      </w:pPr>
      <w:r>
        <w:rPr>
          <w:sz w:val="18"/>
        </w:rPr>
        <w:t>______________________________________________________________________________________________________________________</w:t>
      </w:r>
    </w:p>
    <w:p w14:paraId="7FEB8A71" w14:textId="77777777" w:rsidR="00C66D1D" w:rsidRDefault="00000000">
      <w:pPr>
        <w:spacing w:after="20" w:line="240" w:lineRule="auto"/>
      </w:pPr>
      <w:r>
        <w:rPr>
          <w:sz w:val="18"/>
        </w:rPr>
        <w:t>______________________________________________________________________________________________________________________</w:t>
      </w:r>
    </w:p>
    <w:p w14:paraId="0A2B0053" w14:textId="77777777" w:rsidR="00C66D1D" w:rsidRDefault="00000000">
      <w:pPr>
        <w:spacing w:after="20" w:line="240" w:lineRule="auto"/>
      </w:pPr>
      <w:r>
        <w:rPr>
          <w:sz w:val="18"/>
        </w:rPr>
        <w:t>______________________________________________________________________________________________________________________</w:t>
      </w:r>
    </w:p>
    <w:p w14:paraId="2EB81997" w14:textId="77777777" w:rsidR="00C66D1D" w:rsidRDefault="00000000">
      <w:pPr>
        <w:spacing w:after="20"/>
      </w:pPr>
      <w:r>
        <w:rPr>
          <w:b/>
        </w:rPr>
        <w:t>2. Di tipo organizzativo</w:t>
      </w:r>
    </w:p>
    <w:p w14:paraId="67BA7A7D" w14:textId="77777777" w:rsidR="00C66D1D" w:rsidRDefault="00000000">
      <w:pPr>
        <w:spacing w:after="20" w:line="240" w:lineRule="auto"/>
      </w:pPr>
      <w:r>
        <w:rPr>
          <w:sz w:val="18"/>
        </w:rPr>
        <w:t>______________________________________________________________________________________________________________________</w:t>
      </w:r>
    </w:p>
    <w:p w14:paraId="77F9F5EF" w14:textId="77777777" w:rsidR="00C66D1D" w:rsidRDefault="00000000">
      <w:pPr>
        <w:spacing w:after="20" w:line="240" w:lineRule="auto"/>
      </w:pPr>
      <w:r>
        <w:rPr>
          <w:sz w:val="18"/>
        </w:rPr>
        <w:t>______________________________________________________________________________________________________________________</w:t>
      </w:r>
    </w:p>
    <w:p w14:paraId="4B5CBA93" w14:textId="77777777" w:rsidR="00C66D1D" w:rsidRDefault="00000000">
      <w:pPr>
        <w:spacing w:after="20" w:line="240" w:lineRule="auto"/>
      </w:pPr>
      <w:r>
        <w:rPr>
          <w:sz w:val="18"/>
        </w:rPr>
        <w:t>______________________________________________________________________________________________________________________</w:t>
      </w:r>
    </w:p>
    <w:p w14:paraId="3F6E70D8" w14:textId="77777777" w:rsidR="00C66D1D" w:rsidRDefault="00000000">
      <w:pPr>
        <w:spacing w:after="20"/>
      </w:pPr>
      <w:r>
        <w:rPr>
          <w:b/>
        </w:rPr>
        <w:t>3. Di tipo didattico</w:t>
      </w:r>
    </w:p>
    <w:p w14:paraId="0AEBE756" w14:textId="77777777" w:rsidR="00C66D1D" w:rsidRDefault="00000000">
      <w:pPr>
        <w:spacing w:after="20" w:line="240" w:lineRule="auto"/>
      </w:pPr>
      <w:r>
        <w:rPr>
          <w:sz w:val="18"/>
        </w:rPr>
        <w:t>______________________________________________________________________________________________________________________</w:t>
      </w:r>
    </w:p>
    <w:p w14:paraId="1716920E" w14:textId="77777777" w:rsidR="00C66D1D" w:rsidRDefault="00000000">
      <w:pPr>
        <w:spacing w:after="20" w:line="240" w:lineRule="auto"/>
      </w:pPr>
      <w:r>
        <w:rPr>
          <w:sz w:val="18"/>
        </w:rPr>
        <w:t>______________________________________________________________________________________________________________________</w:t>
      </w:r>
    </w:p>
    <w:p w14:paraId="57EDE552" w14:textId="77777777" w:rsidR="00C66D1D" w:rsidRDefault="00000000">
      <w:pPr>
        <w:spacing w:after="20" w:line="240" w:lineRule="auto"/>
      </w:pPr>
      <w:r>
        <w:rPr>
          <w:sz w:val="18"/>
        </w:rPr>
        <w:t>______________________________________________________________________________________________________________________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937"/>
      </w:tblGrid>
      <w:tr w:rsidR="00C66D1D" w14:paraId="7FDCA45B" w14:textId="77777777">
        <w:trPr>
          <w:cantSplit/>
          <w:jc w:val="center"/>
        </w:trPr>
        <w:tc>
          <w:tcPr>
            <w:tcW w:w="2268" w:type="dxa"/>
            <w:shd w:val="clear" w:color="auto" w:fill="EAF2F8"/>
          </w:tcPr>
          <w:p w14:paraId="5C836A81" w14:textId="77777777" w:rsidR="00C66D1D" w:rsidRDefault="00000000">
            <w:pPr>
              <w:spacing w:after="0"/>
            </w:pPr>
            <w:r>
              <w:rPr>
                <w:b/>
                <w:sz w:val="19"/>
              </w:rPr>
              <w:t>Data</w:t>
            </w:r>
          </w:p>
        </w:tc>
        <w:tc>
          <w:tcPr>
            <w:tcW w:w="7937" w:type="dxa"/>
          </w:tcPr>
          <w:p w14:paraId="3899D066" w14:textId="77777777" w:rsidR="00C66D1D" w:rsidRDefault="00C66D1D">
            <w:pPr>
              <w:spacing w:after="0"/>
            </w:pPr>
          </w:p>
        </w:tc>
      </w:tr>
      <w:tr w:rsidR="00C66D1D" w14:paraId="7029DABC" w14:textId="77777777">
        <w:trPr>
          <w:cantSplit/>
          <w:jc w:val="center"/>
        </w:trPr>
        <w:tc>
          <w:tcPr>
            <w:tcW w:w="2268" w:type="dxa"/>
            <w:shd w:val="clear" w:color="auto" w:fill="EAF2F8"/>
          </w:tcPr>
          <w:p w14:paraId="4E9A25F4" w14:textId="77777777" w:rsidR="00C66D1D" w:rsidRDefault="00000000">
            <w:pPr>
              <w:spacing w:after="0"/>
            </w:pPr>
            <w:r>
              <w:rPr>
                <w:b/>
                <w:sz w:val="19"/>
              </w:rPr>
              <w:t>Firma</w:t>
            </w:r>
          </w:p>
        </w:tc>
        <w:tc>
          <w:tcPr>
            <w:tcW w:w="7937" w:type="dxa"/>
          </w:tcPr>
          <w:p w14:paraId="0AAED4E4" w14:textId="77777777" w:rsidR="00C66D1D" w:rsidRDefault="00C66D1D">
            <w:pPr>
              <w:spacing w:after="0"/>
            </w:pPr>
          </w:p>
        </w:tc>
      </w:tr>
    </w:tbl>
    <w:p w14:paraId="10B94913" w14:textId="77777777" w:rsidR="00CE45C0" w:rsidRDefault="00CE45C0"/>
    <w:sectPr w:rsidR="00CE45C0" w:rsidSect="00034616">
      <w:footerReference w:type="default" r:id="rId8"/>
      <w:pgSz w:w="12240" w:h="15840"/>
      <w:pgMar w:top="737" w:right="850" w:bottom="737" w:left="850" w:header="34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1D082" w14:textId="77777777" w:rsidR="00CE45C0" w:rsidRDefault="00CE45C0">
      <w:pPr>
        <w:spacing w:after="0" w:line="240" w:lineRule="auto"/>
      </w:pPr>
      <w:r>
        <w:separator/>
      </w:r>
    </w:p>
  </w:endnote>
  <w:endnote w:type="continuationSeparator" w:id="0">
    <w:p w14:paraId="10EF02C9" w14:textId="77777777" w:rsidR="00CE45C0" w:rsidRDefault="00CE4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CEA0F" w14:textId="77777777" w:rsidR="00C66D1D" w:rsidRDefault="00000000">
    <w:pPr>
      <w:pStyle w:val="Pidipagina"/>
      <w:jc w:val="center"/>
    </w:pPr>
    <w:r>
      <w:rPr>
        <w:sz w:val="15"/>
      </w:rPr>
      <w:t>I.C. “Primo Levi” – Modulo segnalazione infortunio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A560B" w14:textId="77777777" w:rsidR="00CE45C0" w:rsidRDefault="00CE45C0">
      <w:pPr>
        <w:spacing w:after="0" w:line="240" w:lineRule="auto"/>
      </w:pPr>
      <w:r>
        <w:separator/>
      </w:r>
    </w:p>
  </w:footnote>
  <w:footnote w:type="continuationSeparator" w:id="0">
    <w:p w14:paraId="1AE7556A" w14:textId="77777777" w:rsidR="00CE45C0" w:rsidRDefault="00CE4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8621236">
    <w:abstractNumId w:val="8"/>
  </w:num>
  <w:num w:numId="2" w16cid:durableId="1501234416">
    <w:abstractNumId w:val="6"/>
  </w:num>
  <w:num w:numId="3" w16cid:durableId="1860848418">
    <w:abstractNumId w:val="5"/>
  </w:num>
  <w:num w:numId="4" w16cid:durableId="719982032">
    <w:abstractNumId w:val="4"/>
  </w:num>
  <w:num w:numId="5" w16cid:durableId="773747274">
    <w:abstractNumId w:val="7"/>
  </w:num>
  <w:num w:numId="6" w16cid:durableId="1625624110">
    <w:abstractNumId w:val="3"/>
  </w:num>
  <w:num w:numId="7" w16cid:durableId="656030297">
    <w:abstractNumId w:val="2"/>
  </w:num>
  <w:num w:numId="8" w16cid:durableId="286470336">
    <w:abstractNumId w:val="1"/>
  </w:num>
  <w:num w:numId="9" w16cid:durableId="463431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A7096"/>
    <w:rsid w:val="00C66D1D"/>
    <w:rsid w:val="00CB0664"/>
    <w:rsid w:val="00CE45C0"/>
    <w:rsid w:val="00CF43E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B73FC5"/>
  <w14:defaultImageDpi w14:val="300"/>
  <w15:docId w15:val="{15636841-7837-405C-8332-C1FB82AD3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eastAsia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Francesca Toscano</cp:lastModifiedBy>
  <cp:revision>2</cp:revision>
  <dcterms:created xsi:type="dcterms:W3CDTF">2026-09-25T15:17:00Z</dcterms:created>
  <dcterms:modified xsi:type="dcterms:W3CDTF">2026-09-25T15:17:00Z</dcterms:modified>
  <cp:category/>
</cp:coreProperties>
</file>