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33752" w14:textId="77777777" w:rsidR="00347C40" w:rsidRDefault="00000000">
      <w:pPr>
        <w:spacing w:after="40"/>
        <w:jc w:val="center"/>
      </w:pPr>
      <w:r>
        <w:rPr>
          <w:b/>
          <w:color w:val="7A1F2B"/>
          <w:sz w:val="26"/>
        </w:rPr>
        <w:t>ALLEGATO A – MODULO DI ADESIONE</w:t>
      </w:r>
    </w:p>
    <w:p w14:paraId="44FE3E8C" w14:textId="77777777" w:rsidR="00347C40" w:rsidRDefault="00000000">
      <w:pPr>
        <w:spacing w:after="20"/>
        <w:jc w:val="center"/>
      </w:pPr>
      <w:r>
        <w:rPr>
          <w:b/>
          <w:color w:val="234A75"/>
          <w:sz w:val="22"/>
        </w:rPr>
        <w:t>Percorsi formativi per il personale ATA – D.M. 40/2026</w:t>
      </w:r>
    </w:p>
    <w:p w14:paraId="68B26111" w14:textId="77777777" w:rsidR="00347C40" w:rsidRDefault="00000000">
      <w:pPr>
        <w:jc w:val="center"/>
      </w:pPr>
      <w:r>
        <w:rPr>
          <w:i/>
        </w:rPr>
        <w:t>Progetto “Competenze ATA per una scuola digitale, organizzata e inclusiva”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0"/>
      </w:tblGrid>
      <w:tr w:rsidR="00347C40" w14:paraId="7EC2131F" w14:textId="77777777" w:rsidTr="0061254E">
        <w:trPr>
          <w:jc w:val="center"/>
        </w:trPr>
        <w:tc>
          <w:tcPr>
            <w:tcW w:w="10200" w:type="dxa"/>
            <w:shd w:val="clear" w:color="auto" w:fill="B8CCE4" w:themeFill="accent1" w:themeFillTint="66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1E42ABB5" w14:textId="77777777" w:rsidR="00347C40" w:rsidRDefault="00000000">
            <w:pPr>
              <w:jc w:val="center"/>
            </w:pPr>
            <w:r>
              <w:rPr>
                <w:b/>
                <w:color w:val="7A1F2B"/>
                <w:sz w:val="21"/>
              </w:rPr>
              <w:t>DA CONSEGNARE ALLA SEGRETERIA – AREA PERSONALE ENTRO IL 2 OTTOBRE 2026</w:t>
            </w:r>
          </w:p>
        </w:tc>
      </w:tr>
    </w:tbl>
    <w:p w14:paraId="289897FC" w14:textId="77777777" w:rsidR="0061254E" w:rsidRDefault="0061254E">
      <w:pPr>
        <w:spacing w:after="40"/>
        <w:rPr>
          <w:sz w:val="22"/>
        </w:rPr>
      </w:pPr>
    </w:p>
    <w:p w14:paraId="4CAFBF12" w14:textId="5AEF478B" w:rsidR="0061254E" w:rsidRDefault="00000000">
      <w:pPr>
        <w:spacing w:after="40"/>
        <w:rPr>
          <w:sz w:val="22"/>
        </w:rPr>
      </w:pPr>
      <w:r w:rsidRPr="0061254E">
        <w:rPr>
          <w:sz w:val="22"/>
        </w:rPr>
        <w:t xml:space="preserve">Il/La sottoscritto/a  Cognome ____________________________________ </w:t>
      </w:r>
    </w:p>
    <w:p w14:paraId="0A78E4D4" w14:textId="77777777" w:rsidR="0061254E" w:rsidRDefault="0061254E">
      <w:pPr>
        <w:spacing w:after="40"/>
        <w:rPr>
          <w:sz w:val="22"/>
        </w:rPr>
      </w:pPr>
    </w:p>
    <w:p w14:paraId="76647A54" w14:textId="2B698750" w:rsidR="00347C40" w:rsidRPr="0061254E" w:rsidRDefault="00000000">
      <w:pPr>
        <w:spacing w:after="40"/>
        <w:rPr>
          <w:sz w:val="22"/>
        </w:rPr>
      </w:pPr>
      <w:r w:rsidRPr="0061254E">
        <w:rPr>
          <w:sz w:val="22"/>
        </w:rPr>
        <w:t xml:space="preserve"> Nome ____________________________________</w:t>
      </w:r>
    </w:p>
    <w:p w14:paraId="310BC3F6" w14:textId="77777777" w:rsidR="0061254E" w:rsidRDefault="0061254E">
      <w:pPr>
        <w:spacing w:after="40"/>
        <w:rPr>
          <w:sz w:val="22"/>
        </w:rPr>
      </w:pPr>
    </w:p>
    <w:p w14:paraId="07B5E247" w14:textId="451AD28A" w:rsidR="00347C40" w:rsidRPr="0061254E" w:rsidRDefault="00000000">
      <w:pPr>
        <w:spacing w:after="40"/>
        <w:rPr>
          <w:sz w:val="22"/>
        </w:rPr>
      </w:pPr>
      <w:r w:rsidRPr="0061254E">
        <w:rPr>
          <w:sz w:val="22"/>
        </w:rPr>
        <w:t>nato/a a _____________________________________________  il ____/____/________</w:t>
      </w:r>
    </w:p>
    <w:p w14:paraId="369D217F" w14:textId="77777777" w:rsidR="0061254E" w:rsidRDefault="0061254E">
      <w:pPr>
        <w:spacing w:after="40"/>
        <w:rPr>
          <w:sz w:val="22"/>
        </w:rPr>
      </w:pPr>
    </w:p>
    <w:p w14:paraId="67B677B6" w14:textId="0D41F693" w:rsidR="00347C40" w:rsidRPr="0061254E" w:rsidRDefault="00000000">
      <w:pPr>
        <w:spacing w:after="40"/>
        <w:rPr>
          <w:sz w:val="22"/>
        </w:rPr>
      </w:pPr>
      <w:r w:rsidRPr="0061254E">
        <w:rPr>
          <w:sz w:val="22"/>
        </w:rPr>
        <w:t>Codice fiscale __________________________________________________________________________</w:t>
      </w:r>
    </w:p>
    <w:p w14:paraId="5E1B6A9D" w14:textId="77777777" w:rsidR="00347C40" w:rsidRPr="0061254E" w:rsidRDefault="00000000">
      <w:pPr>
        <w:spacing w:after="40"/>
        <w:rPr>
          <w:sz w:val="22"/>
        </w:rPr>
      </w:pPr>
      <w:r w:rsidRPr="0061254E">
        <w:rPr>
          <w:sz w:val="22"/>
        </w:rPr>
        <w:t>Profilo professionale ATA:  ☐ Assistente amministrativo   ☐ Assistente tecnico   ☐ Collaboratore scolastico   ☐ Altro: ________________</w:t>
      </w:r>
    </w:p>
    <w:p w14:paraId="290E7438" w14:textId="2A8D5FF0" w:rsidR="0061254E" w:rsidRPr="0061254E" w:rsidRDefault="00000000" w:rsidP="0061254E">
      <w:pPr>
        <w:jc w:val="center"/>
        <w:rPr>
          <w:sz w:val="22"/>
        </w:rPr>
      </w:pPr>
      <w:r w:rsidRPr="0061254E">
        <w:rPr>
          <w:b/>
          <w:sz w:val="22"/>
        </w:rPr>
        <w:t>CHIEDE</w:t>
      </w:r>
    </w:p>
    <w:p w14:paraId="5CD5FFA5" w14:textId="4600D594" w:rsidR="00347C40" w:rsidRPr="0061254E" w:rsidRDefault="00000000">
      <w:pPr>
        <w:jc w:val="both"/>
        <w:rPr>
          <w:sz w:val="22"/>
        </w:rPr>
      </w:pPr>
      <w:r w:rsidRPr="0061254E">
        <w:rPr>
          <w:sz w:val="22"/>
        </w:rPr>
        <w:t>di partecipare a uno dei percorsi indicati, contrassegnando una prima e una seconda preferenza. Il profilo indicato è prevalente ma non esclusivo, come specificato dalla scuola polo.</w:t>
      </w:r>
    </w:p>
    <w:tbl>
      <w:tblPr>
        <w:tblStyle w:val="Grigliatabella"/>
        <w:tblpPr w:leftFromText="141" w:rightFromText="141" w:vertAnchor="page" w:horzAnchor="margin" w:tblpXSpec="center" w:tblpY="7006"/>
        <w:tblW w:w="0" w:type="auto"/>
        <w:tblLook w:val="04A0" w:firstRow="1" w:lastRow="0" w:firstColumn="1" w:lastColumn="0" w:noHBand="0" w:noVBand="1"/>
      </w:tblPr>
      <w:tblGrid>
        <w:gridCol w:w="567"/>
        <w:gridCol w:w="764"/>
        <w:gridCol w:w="4677"/>
        <w:gridCol w:w="2353"/>
        <w:gridCol w:w="794"/>
      </w:tblGrid>
      <w:tr w:rsidR="0061254E" w14:paraId="766A5A06" w14:textId="77777777" w:rsidTr="0061254E">
        <w:trPr>
          <w:tblHeader/>
        </w:trPr>
        <w:tc>
          <w:tcPr>
            <w:tcW w:w="567" w:type="dxa"/>
            <w:shd w:val="clear" w:color="auto" w:fill="234A75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88D0A5B" w14:textId="77777777" w:rsidR="0061254E" w:rsidRDefault="0061254E" w:rsidP="0061254E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Cod.</w:t>
            </w:r>
          </w:p>
        </w:tc>
        <w:tc>
          <w:tcPr>
            <w:tcW w:w="737" w:type="dxa"/>
            <w:shd w:val="clear" w:color="auto" w:fill="234A75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5D3008D" w14:textId="77777777" w:rsidR="0061254E" w:rsidRDefault="0061254E" w:rsidP="0061254E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ID</w:t>
            </w:r>
          </w:p>
        </w:tc>
        <w:tc>
          <w:tcPr>
            <w:tcW w:w="4677" w:type="dxa"/>
            <w:shd w:val="clear" w:color="auto" w:fill="234A75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AC9039A" w14:textId="77777777" w:rsidR="0061254E" w:rsidRDefault="0061254E" w:rsidP="0061254E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Titolo del modulo</w:t>
            </w:r>
          </w:p>
        </w:tc>
        <w:tc>
          <w:tcPr>
            <w:tcW w:w="2353" w:type="dxa"/>
            <w:shd w:val="clear" w:color="auto" w:fill="234A75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C9C17BE" w14:textId="77777777" w:rsidR="0061254E" w:rsidRDefault="0061254E" w:rsidP="0061254E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Profilo prevalente</w:t>
            </w:r>
          </w:p>
        </w:tc>
        <w:tc>
          <w:tcPr>
            <w:tcW w:w="794" w:type="dxa"/>
            <w:shd w:val="clear" w:color="auto" w:fill="234A75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B47A3F9" w14:textId="77777777" w:rsidR="0061254E" w:rsidRDefault="0061254E" w:rsidP="0061254E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Scelta</w:t>
            </w:r>
          </w:p>
        </w:tc>
      </w:tr>
      <w:tr w:rsidR="0061254E" w14:paraId="2B845135" w14:textId="77777777" w:rsidTr="0061254E">
        <w:trPr>
          <w:cantSplit/>
        </w:trPr>
        <w:tc>
          <w:tcPr>
            <w:tcW w:w="567" w:type="dxa"/>
            <w:shd w:val="clear" w:color="auto" w:fill="F8FAFC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690C9ED3" w14:textId="77777777" w:rsidR="0061254E" w:rsidRPr="006C6122" w:rsidRDefault="0061254E" w:rsidP="0061254E">
            <w:pPr>
              <w:spacing w:after="0" w:line="235" w:lineRule="auto"/>
              <w:jc w:val="center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AG1</w:t>
            </w:r>
          </w:p>
        </w:tc>
        <w:tc>
          <w:tcPr>
            <w:tcW w:w="737" w:type="dxa"/>
            <w:shd w:val="clear" w:color="auto" w:fill="F8FAFC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2435EE3A" w14:textId="77777777" w:rsidR="0061254E" w:rsidRPr="006C6122" w:rsidRDefault="0061254E" w:rsidP="0061254E">
            <w:pPr>
              <w:spacing w:after="0" w:line="235" w:lineRule="auto"/>
              <w:jc w:val="center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236489</w:t>
            </w:r>
          </w:p>
        </w:tc>
        <w:tc>
          <w:tcPr>
            <w:tcW w:w="4677" w:type="dxa"/>
            <w:shd w:val="clear" w:color="auto" w:fill="F8FAFC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4400FE49" w14:textId="77777777" w:rsidR="0061254E" w:rsidRPr="006C6122" w:rsidRDefault="0061254E" w:rsidP="0061254E">
            <w:pPr>
              <w:spacing w:after="0" w:line="235" w:lineRule="auto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Gestione documentale, protocollo informatico e amministrazione digitale</w:t>
            </w:r>
          </w:p>
        </w:tc>
        <w:tc>
          <w:tcPr>
            <w:tcW w:w="2353" w:type="dxa"/>
            <w:shd w:val="clear" w:color="auto" w:fill="F8FAFC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752820D7" w14:textId="77777777" w:rsidR="0061254E" w:rsidRPr="006C6122" w:rsidRDefault="0061254E" w:rsidP="0061254E">
            <w:pPr>
              <w:spacing w:after="0" w:line="235" w:lineRule="auto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Assistenti amministrativi</w:t>
            </w:r>
          </w:p>
        </w:tc>
        <w:tc>
          <w:tcPr>
            <w:tcW w:w="794" w:type="dxa"/>
            <w:shd w:val="clear" w:color="auto" w:fill="F8FAFC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1F80CEA5" w14:textId="77777777" w:rsidR="0061254E" w:rsidRPr="006C6122" w:rsidRDefault="0061254E" w:rsidP="0061254E">
            <w:pPr>
              <w:spacing w:after="0" w:line="235" w:lineRule="auto"/>
              <w:jc w:val="center"/>
              <w:rPr>
                <w:sz w:val="20"/>
                <w:szCs w:val="20"/>
              </w:rPr>
            </w:pPr>
            <w:r w:rsidRPr="006C612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6C6122">
              <w:rPr>
                <w:sz w:val="20"/>
                <w:szCs w:val="20"/>
              </w:rPr>
              <w:t xml:space="preserve"> 1ª</w:t>
            </w:r>
            <w:r w:rsidRPr="006C6122">
              <w:rPr>
                <w:sz w:val="20"/>
                <w:szCs w:val="20"/>
              </w:rPr>
              <w:br/>
            </w:r>
            <w:r w:rsidRPr="006C612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6C6122">
              <w:rPr>
                <w:sz w:val="20"/>
                <w:szCs w:val="20"/>
              </w:rPr>
              <w:t xml:space="preserve"> 2</w:t>
            </w:r>
            <w:r w:rsidRPr="006C6122">
              <w:rPr>
                <w:rFonts w:cs="Arial"/>
                <w:sz w:val="20"/>
                <w:szCs w:val="20"/>
              </w:rPr>
              <w:t>ª</w:t>
            </w:r>
          </w:p>
        </w:tc>
      </w:tr>
      <w:tr w:rsidR="0061254E" w14:paraId="240889FD" w14:textId="77777777" w:rsidTr="0061254E">
        <w:trPr>
          <w:cantSplit/>
        </w:trPr>
        <w:tc>
          <w:tcPr>
            <w:tcW w:w="567" w:type="dxa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0E2C19C0" w14:textId="77777777" w:rsidR="0061254E" w:rsidRPr="006C6122" w:rsidRDefault="0061254E" w:rsidP="0061254E">
            <w:pPr>
              <w:spacing w:after="0" w:line="235" w:lineRule="auto"/>
              <w:jc w:val="center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AG2</w:t>
            </w:r>
          </w:p>
        </w:tc>
        <w:tc>
          <w:tcPr>
            <w:tcW w:w="737" w:type="dxa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4CE496C4" w14:textId="77777777" w:rsidR="0061254E" w:rsidRPr="006C6122" w:rsidRDefault="0061254E" w:rsidP="0061254E">
            <w:pPr>
              <w:spacing w:after="0" w:line="235" w:lineRule="auto"/>
              <w:jc w:val="center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236507</w:t>
            </w:r>
          </w:p>
        </w:tc>
        <w:tc>
          <w:tcPr>
            <w:tcW w:w="4677" w:type="dxa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7878C9FF" w14:textId="77777777" w:rsidR="0061254E" w:rsidRPr="006C6122" w:rsidRDefault="0061254E" w:rsidP="0061254E">
            <w:pPr>
              <w:spacing w:after="0" w:line="235" w:lineRule="auto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Contabilità scolastica, bilancio e rendicontazione</w:t>
            </w:r>
          </w:p>
        </w:tc>
        <w:tc>
          <w:tcPr>
            <w:tcW w:w="2353" w:type="dxa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4CEA31F3" w14:textId="77777777" w:rsidR="0061254E" w:rsidRPr="006C6122" w:rsidRDefault="0061254E" w:rsidP="0061254E">
            <w:pPr>
              <w:spacing w:after="0" w:line="235" w:lineRule="auto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Assistenti amministrativi</w:t>
            </w:r>
          </w:p>
        </w:tc>
        <w:tc>
          <w:tcPr>
            <w:tcW w:w="794" w:type="dxa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4F8B09EC" w14:textId="77777777" w:rsidR="0061254E" w:rsidRPr="006C6122" w:rsidRDefault="0061254E" w:rsidP="0061254E">
            <w:pPr>
              <w:spacing w:after="0" w:line="235" w:lineRule="auto"/>
              <w:jc w:val="center"/>
              <w:rPr>
                <w:sz w:val="20"/>
                <w:szCs w:val="20"/>
              </w:rPr>
            </w:pPr>
            <w:r w:rsidRPr="006C612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6C6122">
              <w:rPr>
                <w:sz w:val="20"/>
                <w:szCs w:val="20"/>
              </w:rPr>
              <w:t xml:space="preserve"> 1ª</w:t>
            </w:r>
            <w:r w:rsidRPr="006C6122">
              <w:rPr>
                <w:sz w:val="20"/>
                <w:szCs w:val="20"/>
              </w:rPr>
              <w:br/>
            </w:r>
            <w:r w:rsidRPr="006C612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6C6122">
              <w:rPr>
                <w:sz w:val="20"/>
                <w:szCs w:val="20"/>
              </w:rPr>
              <w:t xml:space="preserve"> 2</w:t>
            </w:r>
            <w:r w:rsidRPr="006C6122">
              <w:rPr>
                <w:rFonts w:cs="Arial"/>
                <w:sz w:val="20"/>
                <w:szCs w:val="20"/>
              </w:rPr>
              <w:t>ª</w:t>
            </w:r>
          </w:p>
        </w:tc>
      </w:tr>
      <w:tr w:rsidR="0061254E" w14:paraId="01BFFE41" w14:textId="77777777" w:rsidTr="0061254E">
        <w:trPr>
          <w:cantSplit/>
        </w:trPr>
        <w:tc>
          <w:tcPr>
            <w:tcW w:w="567" w:type="dxa"/>
            <w:shd w:val="clear" w:color="auto" w:fill="F8FAFC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76A26DEC" w14:textId="77777777" w:rsidR="0061254E" w:rsidRPr="006C6122" w:rsidRDefault="0061254E" w:rsidP="0061254E">
            <w:pPr>
              <w:spacing w:after="0" w:line="235" w:lineRule="auto"/>
              <w:jc w:val="center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AG3</w:t>
            </w:r>
          </w:p>
        </w:tc>
        <w:tc>
          <w:tcPr>
            <w:tcW w:w="737" w:type="dxa"/>
            <w:shd w:val="clear" w:color="auto" w:fill="F8FAFC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505FEDB8" w14:textId="77777777" w:rsidR="0061254E" w:rsidRPr="006C6122" w:rsidRDefault="0061254E" w:rsidP="0061254E">
            <w:pPr>
              <w:spacing w:after="0" w:line="235" w:lineRule="auto"/>
              <w:jc w:val="center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244931</w:t>
            </w:r>
          </w:p>
        </w:tc>
        <w:tc>
          <w:tcPr>
            <w:tcW w:w="4677" w:type="dxa"/>
            <w:shd w:val="clear" w:color="auto" w:fill="F8FAFC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0B2F96C5" w14:textId="77777777" w:rsidR="0061254E" w:rsidRPr="006C6122" w:rsidRDefault="0061254E" w:rsidP="0061254E">
            <w:pPr>
              <w:spacing w:after="0" w:line="235" w:lineRule="auto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Personale scolastico, contratti e stato giuridico</w:t>
            </w:r>
          </w:p>
        </w:tc>
        <w:tc>
          <w:tcPr>
            <w:tcW w:w="2353" w:type="dxa"/>
            <w:shd w:val="clear" w:color="auto" w:fill="F8FAFC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3BB7BEC3" w14:textId="77777777" w:rsidR="0061254E" w:rsidRPr="006C6122" w:rsidRDefault="0061254E" w:rsidP="0061254E">
            <w:pPr>
              <w:spacing w:after="0" w:line="235" w:lineRule="auto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Assistenti amministrativi</w:t>
            </w:r>
          </w:p>
        </w:tc>
        <w:tc>
          <w:tcPr>
            <w:tcW w:w="794" w:type="dxa"/>
            <w:shd w:val="clear" w:color="auto" w:fill="F8FAFC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131E055A" w14:textId="77777777" w:rsidR="0061254E" w:rsidRPr="006C6122" w:rsidRDefault="0061254E" w:rsidP="0061254E">
            <w:pPr>
              <w:spacing w:after="0" w:line="235" w:lineRule="auto"/>
              <w:jc w:val="center"/>
              <w:rPr>
                <w:sz w:val="20"/>
                <w:szCs w:val="20"/>
              </w:rPr>
            </w:pPr>
            <w:r w:rsidRPr="006C612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6C6122">
              <w:rPr>
                <w:sz w:val="20"/>
                <w:szCs w:val="20"/>
              </w:rPr>
              <w:t xml:space="preserve"> 1ª</w:t>
            </w:r>
            <w:r w:rsidRPr="006C6122">
              <w:rPr>
                <w:sz w:val="20"/>
                <w:szCs w:val="20"/>
              </w:rPr>
              <w:br/>
            </w:r>
            <w:r w:rsidRPr="006C612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6C6122">
              <w:rPr>
                <w:sz w:val="20"/>
                <w:szCs w:val="20"/>
              </w:rPr>
              <w:t xml:space="preserve"> 2</w:t>
            </w:r>
            <w:r w:rsidRPr="006C6122">
              <w:rPr>
                <w:rFonts w:cs="Arial"/>
                <w:sz w:val="20"/>
                <w:szCs w:val="20"/>
              </w:rPr>
              <w:t>ª</w:t>
            </w:r>
          </w:p>
        </w:tc>
      </w:tr>
      <w:tr w:rsidR="0061254E" w14:paraId="38BDCDC5" w14:textId="77777777" w:rsidTr="0061254E">
        <w:trPr>
          <w:cantSplit/>
        </w:trPr>
        <w:tc>
          <w:tcPr>
            <w:tcW w:w="567" w:type="dxa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3D89ABB3" w14:textId="77777777" w:rsidR="0061254E" w:rsidRPr="006C6122" w:rsidRDefault="0061254E" w:rsidP="0061254E">
            <w:pPr>
              <w:spacing w:after="0" w:line="235" w:lineRule="auto"/>
              <w:jc w:val="center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AG4</w:t>
            </w:r>
          </w:p>
        </w:tc>
        <w:tc>
          <w:tcPr>
            <w:tcW w:w="737" w:type="dxa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658CD2AF" w14:textId="77777777" w:rsidR="0061254E" w:rsidRPr="006C6122" w:rsidRDefault="0061254E" w:rsidP="0061254E">
            <w:pPr>
              <w:spacing w:after="0" w:line="235" w:lineRule="auto"/>
              <w:jc w:val="center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244927</w:t>
            </w:r>
          </w:p>
        </w:tc>
        <w:tc>
          <w:tcPr>
            <w:tcW w:w="4677" w:type="dxa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667B808D" w14:textId="77777777" w:rsidR="0061254E" w:rsidRPr="006C6122" w:rsidRDefault="0061254E" w:rsidP="0061254E">
            <w:pPr>
              <w:spacing w:after="0" w:line="235" w:lineRule="auto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Personale scolastico, contratti e stato giuridico (rapporti di lavoro e ricostruzioni di carriera)</w:t>
            </w:r>
          </w:p>
        </w:tc>
        <w:tc>
          <w:tcPr>
            <w:tcW w:w="2353" w:type="dxa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2AFFA087" w14:textId="77777777" w:rsidR="0061254E" w:rsidRPr="006C6122" w:rsidRDefault="0061254E" w:rsidP="0061254E">
            <w:pPr>
              <w:spacing w:after="0" w:line="235" w:lineRule="auto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Assistenti amministrativi</w:t>
            </w:r>
          </w:p>
        </w:tc>
        <w:tc>
          <w:tcPr>
            <w:tcW w:w="794" w:type="dxa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2BBE25D3" w14:textId="77777777" w:rsidR="0061254E" w:rsidRPr="006C6122" w:rsidRDefault="0061254E" w:rsidP="0061254E">
            <w:pPr>
              <w:spacing w:after="0" w:line="235" w:lineRule="auto"/>
              <w:jc w:val="center"/>
              <w:rPr>
                <w:sz w:val="20"/>
                <w:szCs w:val="20"/>
              </w:rPr>
            </w:pPr>
            <w:r w:rsidRPr="006C612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6C6122">
              <w:rPr>
                <w:sz w:val="20"/>
                <w:szCs w:val="20"/>
              </w:rPr>
              <w:t xml:space="preserve"> 1ª</w:t>
            </w:r>
            <w:r w:rsidRPr="006C6122">
              <w:rPr>
                <w:sz w:val="20"/>
                <w:szCs w:val="20"/>
              </w:rPr>
              <w:br/>
            </w:r>
            <w:r w:rsidRPr="006C612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6C6122">
              <w:rPr>
                <w:sz w:val="20"/>
                <w:szCs w:val="20"/>
              </w:rPr>
              <w:t xml:space="preserve"> 2</w:t>
            </w:r>
            <w:r w:rsidRPr="006C6122">
              <w:rPr>
                <w:rFonts w:cs="Arial"/>
                <w:sz w:val="20"/>
                <w:szCs w:val="20"/>
              </w:rPr>
              <w:t>ª</w:t>
            </w:r>
          </w:p>
        </w:tc>
      </w:tr>
      <w:tr w:rsidR="0061254E" w14:paraId="568D7C66" w14:textId="77777777" w:rsidTr="0061254E">
        <w:trPr>
          <w:cantSplit/>
        </w:trPr>
        <w:tc>
          <w:tcPr>
            <w:tcW w:w="567" w:type="dxa"/>
            <w:shd w:val="clear" w:color="auto" w:fill="F8FAFC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648BC84B" w14:textId="77777777" w:rsidR="0061254E" w:rsidRPr="006C6122" w:rsidRDefault="0061254E" w:rsidP="0061254E">
            <w:pPr>
              <w:spacing w:after="0" w:line="235" w:lineRule="auto"/>
              <w:jc w:val="center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AG5</w:t>
            </w:r>
          </w:p>
        </w:tc>
        <w:tc>
          <w:tcPr>
            <w:tcW w:w="737" w:type="dxa"/>
            <w:shd w:val="clear" w:color="auto" w:fill="F8FAFC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618FDB42" w14:textId="77777777" w:rsidR="0061254E" w:rsidRPr="006C6122" w:rsidRDefault="0061254E" w:rsidP="0061254E">
            <w:pPr>
              <w:spacing w:after="0" w:line="235" w:lineRule="auto"/>
              <w:jc w:val="center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244937</w:t>
            </w:r>
          </w:p>
        </w:tc>
        <w:tc>
          <w:tcPr>
            <w:tcW w:w="4677" w:type="dxa"/>
            <w:shd w:val="clear" w:color="auto" w:fill="F8FAFC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66DB5009" w14:textId="77777777" w:rsidR="0061254E" w:rsidRPr="006C6122" w:rsidRDefault="0061254E" w:rsidP="0061254E">
            <w:pPr>
              <w:spacing w:after="0" w:line="235" w:lineRule="auto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Acquisti, affidamenti e attività negoziale</w:t>
            </w:r>
          </w:p>
        </w:tc>
        <w:tc>
          <w:tcPr>
            <w:tcW w:w="2353" w:type="dxa"/>
            <w:shd w:val="clear" w:color="auto" w:fill="F8FAFC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069A5A0A" w14:textId="77777777" w:rsidR="0061254E" w:rsidRPr="006C6122" w:rsidRDefault="0061254E" w:rsidP="0061254E">
            <w:pPr>
              <w:spacing w:after="0" w:line="235" w:lineRule="auto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Assistenti amministrativi</w:t>
            </w:r>
          </w:p>
        </w:tc>
        <w:tc>
          <w:tcPr>
            <w:tcW w:w="794" w:type="dxa"/>
            <w:shd w:val="clear" w:color="auto" w:fill="F8FAFC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6A7CF345" w14:textId="77777777" w:rsidR="0061254E" w:rsidRPr="006C6122" w:rsidRDefault="0061254E" w:rsidP="0061254E">
            <w:pPr>
              <w:spacing w:after="0" w:line="235" w:lineRule="auto"/>
              <w:jc w:val="center"/>
              <w:rPr>
                <w:sz w:val="20"/>
                <w:szCs w:val="20"/>
              </w:rPr>
            </w:pPr>
            <w:r w:rsidRPr="006C612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6C6122">
              <w:rPr>
                <w:sz w:val="20"/>
                <w:szCs w:val="20"/>
              </w:rPr>
              <w:t xml:space="preserve"> 1ª</w:t>
            </w:r>
            <w:r w:rsidRPr="006C6122">
              <w:rPr>
                <w:sz w:val="20"/>
                <w:szCs w:val="20"/>
              </w:rPr>
              <w:br/>
            </w:r>
            <w:r w:rsidRPr="006C612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6C6122">
              <w:rPr>
                <w:sz w:val="20"/>
                <w:szCs w:val="20"/>
              </w:rPr>
              <w:t xml:space="preserve"> 2</w:t>
            </w:r>
            <w:r w:rsidRPr="006C6122">
              <w:rPr>
                <w:rFonts w:cs="Arial"/>
                <w:sz w:val="20"/>
                <w:szCs w:val="20"/>
              </w:rPr>
              <w:t>ª</w:t>
            </w:r>
          </w:p>
        </w:tc>
      </w:tr>
      <w:tr w:rsidR="0061254E" w14:paraId="15754752" w14:textId="77777777" w:rsidTr="0061254E">
        <w:trPr>
          <w:cantSplit/>
        </w:trPr>
        <w:tc>
          <w:tcPr>
            <w:tcW w:w="567" w:type="dxa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0CEA4932" w14:textId="77777777" w:rsidR="0061254E" w:rsidRPr="006C6122" w:rsidRDefault="0061254E" w:rsidP="0061254E">
            <w:pPr>
              <w:spacing w:after="0" w:line="235" w:lineRule="auto"/>
              <w:jc w:val="center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RO1</w:t>
            </w:r>
          </w:p>
        </w:tc>
        <w:tc>
          <w:tcPr>
            <w:tcW w:w="737" w:type="dxa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1306CB79" w14:textId="77777777" w:rsidR="0061254E" w:rsidRPr="006C6122" w:rsidRDefault="0061254E" w:rsidP="0061254E">
            <w:pPr>
              <w:spacing w:after="0" w:line="235" w:lineRule="auto"/>
              <w:jc w:val="center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244983</w:t>
            </w:r>
          </w:p>
        </w:tc>
        <w:tc>
          <w:tcPr>
            <w:tcW w:w="4677" w:type="dxa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06B89F4D" w14:textId="77777777" w:rsidR="0061254E" w:rsidRPr="006C6122" w:rsidRDefault="0061254E" w:rsidP="0061254E">
            <w:pPr>
              <w:spacing w:after="0" w:line="235" w:lineRule="auto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Accoglienza, comunicazione con l’utenza e gestione del front office</w:t>
            </w:r>
          </w:p>
        </w:tc>
        <w:tc>
          <w:tcPr>
            <w:tcW w:w="2353" w:type="dxa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73C4053E" w14:textId="77777777" w:rsidR="0061254E" w:rsidRPr="006C6122" w:rsidRDefault="0061254E" w:rsidP="0061254E">
            <w:pPr>
              <w:spacing w:after="0" w:line="235" w:lineRule="auto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Tutti i profili ATA</w:t>
            </w:r>
          </w:p>
        </w:tc>
        <w:tc>
          <w:tcPr>
            <w:tcW w:w="794" w:type="dxa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420A052C" w14:textId="77777777" w:rsidR="0061254E" w:rsidRPr="006C6122" w:rsidRDefault="0061254E" w:rsidP="0061254E">
            <w:pPr>
              <w:spacing w:after="0" w:line="235" w:lineRule="auto"/>
              <w:jc w:val="center"/>
              <w:rPr>
                <w:sz w:val="20"/>
                <w:szCs w:val="20"/>
              </w:rPr>
            </w:pPr>
            <w:r w:rsidRPr="006C612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6C6122">
              <w:rPr>
                <w:sz w:val="20"/>
                <w:szCs w:val="20"/>
              </w:rPr>
              <w:t xml:space="preserve"> 1ª</w:t>
            </w:r>
            <w:r w:rsidRPr="006C6122">
              <w:rPr>
                <w:sz w:val="20"/>
                <w:szCs w:val="20"/>
              </w:rPr>
              <w:br/>
            </w:r>
            <w:r w:rsidRPr="006C612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6C6122">
              <w:rPr>
                <w:sz w:val="20"/>
                <w:szCs w:val="20"/>
              </w:rPr>
              <w:t xml:space="preserve"> 2</w:t>
            </w:r>
            <w:r w:rsidRPr="006C6122">
              <w:rPr>
                <w:rFonts w:cs="Arial"/>
                <w:sz w:val="20"/>
                <w:szCs w:val="20"/>
              </w:rPr>
              <w:t>ª</w:t>
            </w:r>
          </w:p>
        </w:tc>
      </w:tr>
      <w:tr w:rsidR="0061254E" w14:paraId="3F0E0845" w14:textId="77777777" w:rsidTr="0061254E">
        <w:trPr>
          <w:cantSplit/>
        </w:trPr>
        <w:tc>
          <w:tcPr>
            <w:tcW w:w="567" w:type="dxa"/>
            <w:shd w:val="clear" w:color="auto" w:fill="F8FAFC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4F3DE290" w14:textId="77777777" w:rsidR="0061254E" w:rsidRPr="006C6122" w:rsidRDefault="0061254E" w:rsidP="0061254E">
            <w:pPr>
              <w:spacing w:after="0" w:line="235" w:lineRule="auto"/>
              <w:jc w:val="center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RO2</w:t>
            </w:r>
          </w:p>
        </w:tc>
        <w:tc>
          <w:tcPr>
            <w:tcW w:w="737" w:type="dxa"/>
            <w:shd w:val="clear" w:color="auto" w:fill="F8FAFC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14299CFC" w14:textId="77777777" w:rsidR="0061254E" w:rsidRPr="006C6122" w:rsidRDefault="0061254E" w:rsidP="0061254E">
            <w:pPr>
              <w:spacing w:after="0" w:line="235" w:lineRule="auto"/>
              <w:jc w:val="center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245035</w:t>
            </w:r>
          </w:p>
        </w:tc>
        <w:tc>
          <w:tcPr>
            <w:tcW w:w="4677" w:type="dxa"/>
            <w:shd w:val="clear" w:color="auto" w:fill="F8FAFC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1B782DE4" w14:textId="77777777" w:rsidR="0061254E" w:rsidRPr="006C6122" w:rsidRDefault="0061254E" w:rsidP="0061254E">
            <w:pPr>
              <w:spacing w:after="0" w:line="235" w:lineRule="auto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Inclusione, vigilanza e supporto agli alunni con disabilità</w:t>
            </w:r>
          </w:p>
        </w:tc>
        <w:tc>
          <w:tcPr>
            <w:tcW w:w="2353" w:type="dxa"/>
            <w:shd w:val="clear" w:color="auto" w:fill="F8FAFC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6C853C19" w14:textId="77777777" w:rsidR="0061254E" w:rsidRPr="006C6122" w:rsidRDefault="0061254E" w:rsidP="0061254E">
            <w:pPr>
              <w:spacing w:after="0" w:line="235" w:lineRule="auto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Collaboratori scolastici</w:t>
            </w:r>
          </w:p>
        </w:tc>
        <w:tc>
          <w:tcPr>
            <w:tcW w:w="794" w:type="dxa"/>
            <w:shd w:val="clear" w:color="auto" w:fill="F8FAFC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4E5F74BB" w14:textId="77777777" w:rsidR="0061254E" w:rsidRPr="006C6122" w:rsidRDefault="0061254E" w:rsidP="0061254E">
            <w:pPr>
              <w:spacing w:after="0" w:line="235" w:lineRule="auto"/>
              <w:jc w:val="center"/>
              <w:rPr>
                <w:sz w:val="20"/>
                <w:szCs w:val="20"/>
              </w:rPr>
            </w:pPr>
            <w:r w:rsidRPr="006C612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6C6122">
              <w:rPr>
                <w:sz w:val="20"/>
                <w:szCs w:val="20"/>
              </w:rPr>
              <w:t xml:space="preserve"> 1ª</w:t>
            </w:r>
            <w:r w:rsidRPr="006C6122">
              <w:rPr>
                <w:sz w:val="20"/>
                <w:szCs w:val="20"/>
              </w:rPr>
              <w:br/>
            </w:r>
            <w:r w:rsidRPr="006C612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6C6122">
              <w:rPr>
                <w:sz w:val="20"/>
                <w:szCs w:val="20"/>
              </w:rPr>
              <w:t xml:space="preserve"> 2</w:t>
            </w:r>
            <w:r w:rsidRPr="006C6122">
              <w:rPr>
                <w:rFonts w:cs="Arial"/>
                <w:sz w:val="20"/>
                <w:szCs w:val="20"/>
              </w:rPr>
              <w:t>ª</w:t>
            </w:r>
          </w:p>
        </w:tc>
      </w:tr>
      <w:tr w:rsidR="0061254E" w14:paraId="4DFD4FD9" w14:textId="77777777" w:rsidTr="0061254E">
        <w:trPr>
          <w:cantSplit/>
        </w:trPr>
        <w:tc>
          <w:tcPr>
            <w:tcW w:w="567" w:type="dxa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18600CD8" w14:textId="77777777" w:rsidR="0061254E" w:rsidRPr="006C6122" w:rsidRDefault="0061254E" w:rsidP="0061254E">
            <w:pPr>
              <w:spacing w:after="0" w:line="235" w:lineRule="auto"/>
              <w:jc w:val="center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RO3</w:t>
            </w:r>
          </w:p>
        </w:tc>
        <w:tc>
          <w:tcPr>
            <w:tcW w:w="737" w:type="dxa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37D982C6" w14:textId="77777777" w:rsidR="0061254E" w:rsidRPr="006C6122" w:rsidRDefault="0061254E" w:rsidP="0061254E">
            <w:pPr>
              <w:spacing w:after="0" w:line="235" w:lineRule="auto"/>
              <w:jc w:val="center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245044</w:t>
            </w:r>
          </w:p>
        </w:tc>
        <w:tc>
          <w:tcPr>
            <w:tcW w:w="4677" w:type="dxa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2E7ACAA2" w14:textId="77777777" w:rsidR="0061254E" w:rsidRPr="006C6122" w:rsidRDefault="0061254E" w:rsidP="0061254E">
            <w:pPr>
              <w:spacing w:after="0" w:line="235" w:lineRule="auto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Inclusione, vigilanza e supporto agli alunni con disabilità</w:t>
            </w:r>
          </w:p>
        </w:tc>
        <w:tc>
          <w:tcPr>
            <w:tcW w:w="2353" w:type="dxa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37BC877D" w14:textId="77777777" w:rsidR="0061254E" w:rsidRPr="006C6122" w:rsidRDefault="0061254E" w:rsidP="0061254E">
            <w:pPr>
              <w:spacing w:after="0" w:line="235" w:lineRule="auto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Collaboratori scolastici</w:t>
            </w:r>
          </w:p>
        </w:tc>
        <w:tc>
          <w:tcPr>
            <w:tcW w:w="794" w:type="dxa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56A689B2" w14:textId="77777777" w:rsidR="0061254E" w:rsidRPr="006C6122" w:rsidRDefault="0061254E" w:rsidP="0061254E">
            <w:pPr>
              <w:spacing w:after="0" w:line="235" w:lineRule="auto"/>
              <w:jc w:val="center"/>
              <w:rPr>
                <w:sz w:val="20"/>
                <w:szCs w:val="20"/>
              </w:rPr>
            </w:pPr>
            <w:r w:rsidRPr="006C612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6C6122">
              <w:rPr>
                <w:sz w:val="20"/>
                <w:szCs w:val="20"/>
              </w:rPr>
              <w:t xml:space="preserve"> 1ª</w:t>
            </w:r>
            <w:r w:rsidRPr="006C6122">
              <w:rPr>
                <w:sz w:val="20"/>
                <w:szCs w:val="20"/>
              </w:rPr>
              <w:br/>
            </w:r>
            <w:r w:rsidRPr="006C612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6C6122">
              <w:rPr>
                <w:sz w:val="20"/>
                <w:szCs w:val="20"/>
              </w:rPr>
              <w:t xml:space="preserve"> 2</w:t>
            </w:r>
            <w:r w:rsidRPr="006C6122">
              <w:rPr>
                <w:rFonts w:cs="Arial"/>
                <w:sz w:val="20"/>
                <w:szCs w:val="20"/>
              </w:rPr>
              <w:t>ª</w:t>
            </w:r>
          </w:p>
        </w:tc>
      </w:tr>
      <w:tr w:rsidR="0061254E" w14:paraId="7FA0C0CC" w14:textId="77777777" w:rsidTr="0061254E">
        <w:trPr>
          <w:cantSplit/>
        </w:trPr>
        <w:tc>
          <w:tcPr>
            <w:tcW w:w="567" w:type="dxa"/>
            <w:shd w:val="clear" w:color="auto" w:fill="F8FAFC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09ED1E0A" w14:textId="77777777" w:rsidR="0061254E" w:rsidRPr="006C6122" w:rsidRDefault="0061254E" w:rsidP="0061254E">
            <w:pPr>
              <w:spacing w:after="0" w:line="235" w:lineRule="auto"/>
              <w:jc w:val="center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RO4</w:t>
            </w:r>
          </w:p>
        </w:tc>
        <w:tc>
          <w:tcPr>
            <w:tcW w:w="737" w:type="dxa"/>
            <w:shd w:val="clear" w:color="auto" w:fill="F8FAFC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68A60FD1" w14:textId="77777777" w:rsidR="0061254E" w:rsidRPr="006C6122" w:rsidRDefault="0061254E" w:rsidP="0061254E">
            <w:pPr>
              <w:spacing w:after="0" w:line="235" w:lineRule="auto"/>
              <w:jc w:val="center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245015</w:t>
            </w:r>
          </w:p>
        </w:tc>
        <w:tc>
          <w:tcPr>
            <w:tcW w:w="4677" w:type="dxa"/>
            <w:shd w:val="clear" w:color="auto" w:fill="F8FAFC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45B9A8E1" w14:textId="77777777" w:rsidR="0061254E" w:rsidRPr="006C6122" w:rsidRDefault="0061254E" w:rsidP="0061254E">
            <w:pPr>
              <w:spacing w:after="0" w:line="235" w:lineRule="auto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Inclusione, vigilanza e supporto agli alunni con disabilità</w:t>
            </w:r>
          </w:p>
        </w:tc>
        <w:tc>
          <w:tcPr>
            <w:tcW w:w="2353" w:type="dxa"/>
            <w:shd w:val="clear" w:color="auto" w:fill="F8FAFC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7E90A56A" w14:textId="77777777" w:rsidR="0061254E" w:rsidRPr="006C6122" w:rsidRDefault="0061254E" w:rsidP="0061254E">
            <w:pPr>
              <w:spacing w:after="0" w:line="235" w:lineRule="auto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Collaboratori scolastici</w:t>
            </w:r>
          </w:p>
        </w:tc>
        <w:tc>
          <w:tcPr>
            <w:tcW w:w="794" w:type="dxa"/>
            <w:shd w:val="clear" w:color="auto" w:fill="F8FAFC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0E26C002" w14:textId="77777777" w:rsidR="0061254E" w:rsidRPr="006C6122" w:rsidRDefault="0061254E" w:rsidP="0061254E">
            <w:pPr>
              <w:spacing w:after="0" w:line="235" w:lineRule="auto"/>
              <w:jc w:val="center"/>
              <w:rPr>
                <w:sz w:val="20"/>
                <w:szCs w:val="20"/>
              </w:rPr>
            </w:pPr>
            <w:r w:rsidRPr="006C612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6C6122">
              <w:rPr>
                <w:sz w:val="20"/>
                <w:szCs w:val="20"/>
              </w:rPr>
              <w:t xml:space="preserve"> 1ª</w:t>
            </w:r>
            <w:r w:rsidRPr="006C6122">
              <w:rPr>
                <w:sz w:val="20"/>
                <w:szCs w:val="20"/>
              </w:rPr>
              <w:br/>
            </w:r>
            <w:r w:rsidRPr="006C612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6C6122">
              <w:rPr>
                <w:sz w:val="20"/>
                <w:szCs w:val="20"/>
              </w:rPr>
              <w:t xml:space="preserve"> 2</w:t>
            </w:r>
            <w:r w:rsidRPr="006C6122">
              <w:rPr>
                <w:rFonts w:cs="Arial"/>
                <w:sz w:val="20"/>
                <w:szCs w:val="20"/>
              </w:rPr>
              <w:t>ª</w:t>
            </w:r>
          </w:p>
        </w:tc>
      </w:tr>
      <w:tr w:rsidR="0061254E" w14:paraId="6F9BBD4B" w14:textId="77777777" w:rsidTr="0061254E">
        <w:trPr>
          <w:cantSplit/>
        </w:trPr>
        <w:tc>
          <w:tcPr>
            <w:tcW w:w="567" w:type="dxa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55115B87" w14:textId="77777777" w:rsidR="0061254E" w:rsidRPr="006C6122" w:rsidRDefault="0061254E" w:rsidP="0061254E">
            <w:pPr>
              <w:spacing w:after="0" w:line="235" w:lineRule="auto"/>
              <w:jc w:val="center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RO5</w:t>
            </w:r>
          </w:p>
        </w:tc>
        <w:tc>
          <w:tcPr>
            <w:tcW w:w="737" w:type="dxa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15F128FB" w14:textId="77777777" w:rsidR="0061254E" w:rsidRPr="006C6122" w:rsidRDefault="0061254E" w:rsidP="0061254E">
            <w:pPr>
              <w:spacing w:after="0" w:line="235" w:lineRule="auto"/>
              <w:jc w:val="center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244991</w:t>
            </w:r>
          </w:p>
        </w:tc>
        <w:tc>
          <w:tcPr>
            <w:tcW w:w="4677" w:type="dxa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5FBDDDFA" w14:textId="77777777" w:rsidR="0061254E" w:rsidRPr="006C6122" w:rsidRDefault="0061254E" w:rsidP="0061254E">
            <w:pPr>
              <w:spacing w:after="0" w:line="235" w:lineRule="auto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Collaborazione interna, lavoro di squadra e coordinamento dei servizi</w:t>
            </w:r>
          </w:p>
        </w:tc>
        <w:tc>
          <w:tcPr>
            <w:tcW w:w="2353" w:type="dxa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11F9B3E3" w14:textId="77777777" w:rsidR="0061254E" w:rsidRPr="006C6122" w:rsidRDefault="0061254E" w:rsidP="0061254E">
            <w:pPr>
              <w:spacing w:after="0" w:line="235" w:lineRule="auto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Tutti i profili ATA</w:t>
            </w:r>
          </w:p>
        </w:tc>
        <w:tc>
          <w:tcPr>
            <w:tcW w:w="794" w:type="dxa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3376CCCE" w14:textId="77777777" w:rsidR="0061254E" w:rsidRPr="006C6122" w:rsidRDefault="0061254E" w:rsidP="0061254E">
            <w:pPr>
              <w:spacing w:after="0" w:line="235" w:lineRule="auto"/>
              <w:jc w:val="center"/>
              <w:rPr>
                <w:sz w:val="20"/>
                <w:szCs w:val="20"/>
              </w:rPr>
            </w:pPr>
            <w:r w:rsidRPr="006C612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6C6122">
              <w:rPr>
                <w:sz w:val="20"/>
                <w:szCs w:val="20"/>
              </w:rPr>
              <w:t xml:space="preserve"> 1ª</w:t>
            </w:r>
            <w:r w:rsidRPr="006C6122">
              <w:rPr>
                <w:sz w:val="20"/>
                <w:szCs w:val="20"/>
              </w:rPr>
              <w:br/>
            </w:r>
            <w:r w:rsidRPr="006C612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6C6122">
              <w:rPr>
                <w:sz w:val="20"/>
                <w:szCs w:val="20"/>
              </w:rPr>
              <w:t xml:space="preserve"> 2</w:t>
            </w:r>
            <w:r w:rsidRPr="006C6122">
              <w:rPr>
                <w:rFonts w:cs="Arial"/>
                <w:sz w:val="20"/>
                <w:szCs w:val="20"/>
              </w:rPr>
              <w:t>ª</w:t>
            </w:r>
          </w:p>
        </w:tc>
      </w:tr>
    </w:tbl>
    <w:p w14:paraId="653D8EC3" w14:textId="77777777" w:rsidR="00347C40" w:rsidRDefault="00000000">
      <w:r>
        <w:br w:type="page"/>
      </w:r>
    </w:p>
    <w:p w14:paraId="059ACA40" w14:textId="0CA63AA1" w:rsidR="00347C40" w:rsidRDefault="00347C40">
      <w:pPr>
        <w:spacing w:after="80"/>
        <w:jc w:val="center"/>
        <w:rPr>
          <w:b/>
          <w:color w:val="234A75"/>
          <w:sz w:val="22"/>
        </w:rPr>
      </w:pPr>
    </w:p>
    <w:p w14:paraId="5D70786F" w14:textId="77777777" w:rsidR="0061254E" w:rsidRDefault="0061254E">
      <w:pPr>
        <w:spacing w:after="80"/>
        <w:jc w:val="center"/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67"/>
        <w:gridCol w:w="764"/>
        <w:gridCol w:w="4677"/>
        <w:gridCol w:w="2353"/>
        <w:gridCol w:w="794"/>
      </w:tblGrid>
      <w:tr w:rsidR="00347C40" w14:paraId="0FB12670" w14:textId="77777777">
        <w:trPr>
          <w:tblHeader/>
          <w:jc w:val="center"/>
        </w:trPr>
        <w:tc>
          <w:tcPr>
            <w:tcW w:w="567" w:type="dxa"/>
            <w:shd w:val="clear" w:color="auto" w:fill="234A75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E4DB2F2" w14:textId="77777777" w:rsidR="00347C40" w:rsidRPr="006C6122" w:rsidRDefault="00000000">
            <w:pPr>
              <w:spacing w:after="0"/>
              <w:jc w:val="center"/>
              <w:rPr>
                <w:sz w:val="20"/>
                <w:szCs w:val="20"/>
              </w:rPr>
            </w:pPr>
            <w:r w:rsidRPr="006C6122">
              <w:rPr>
                <w:b/>
                <w:color w:val="FFFFFF"/>
                <w:sz w:val="20"/>
                <w:szCs w:val="20"/>
              </w:rPr>
              <w:t>Cod.</w:t>
            </w:r>
          </w:p>
        </w:tc>
        <w:tc>
          <w:tcPr>
            <w:tcW w:w="737" w:type="dxa"/>
            <w:shd w:val="clear" w:color="auto" w:fill="234A75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5D6C283" w14:textId="77777777" w:rsidR="00347C40" w:rsidRPr="006C6122" w:rsidRDefault="00000000">
            <w:pPr>
              <w:spacing w:after="0"/>
              <w:jc w:val="center"/>
              <w:rPr>
                <w:sz w:val="20"/>
                <w:szCs w:val="20"/>
              </w:rPr>
            </w:pPr>
            <w:r w:rsidRPr="006C6122">
              <w:rPr>
                <w:b/>
                <w:color w:val="FFFFFF"/>
                <w:sz w:val="20"/>
                <w:szCs w:val="20"/>
              </w:rPr>
              <w:t>ID</w:t>
            </w:r>
          </w:p>
        </w:tc>
        <w:tc>
          <w:tcPr>
            <w:tcW w:w="4677" w:type="dxa"/>
            <w:shd w:val="clear" w:color="auto" w:fill="234A75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AF0D1D7" w14:textId="77777777" w:rsidR="00347C40" w:rsidRPr="006C6122" w:rsidRDefault="00000000">
            <w:pPr>
              <w:spacing w:after="0"/>
              <w:jc w:val="center"/>
              <w:rPr>
                <w:sz w:val="20"/>
                <w:szCs w:val="20"/>
              </w:rPr>
            </w:pPr>
            <w:r w:rsidRPr="006C6122">
              <w:rPr>
                <w:b/>
                <w:color w:val="FFFFFF"/>
                <w:sz w:val="20"/>
                <w:szCs w:val="20"/>
              </w:rPr>
              <w:t>Titolo del modulo</w:t>
            </w:r>
          </w:p>
        </w:tc>
        <w:tc>
          <w:tcPr>
            <w:tcW w:w="2353" w:type="dxa"/>
            <w:shd w:val="clear" w:color="auto" w:fill="234A75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3AEEC10" w14:textId="77777777" w:rsidR="00347C40" w:rsidRPr="006C6122" w:rsidRDefault="00000000">
            <w:pPr>
              <w:spacing w:after="0"/>
              <w:jc w:val="center"/>
              <w:rPr>
                <w:sz w:val="20"/>
                <w:szCs w:val="20"/>
              </w:rPr>
            </w:pPr>
            <w:r w:rsidRPr="006C6122">
              <w:rPr>
                <w:b/>
                <w:color w:val="FFFFFF"/>
                <w:sz w:val="20"/>
                <w:szCs w:val="20"/>
              </w:rPr>
              <w:t>Profilo prevalente</w:t>
            </w:r>
          </w:p>
        </w:tc>
        <w:tc>
          <w:tcPr>
            <w:tcW w:w="794" w:type="dxa"/>
            <w:shd w:val="clear" w:color="auto" w:fill="234A75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8A2FC2E" w14:textId="77777777" w:rsidR="00347C40" w:rsidRPr="006C6122" w:rsidRDefault="00000000">
            <w:pPr>
              <w:spacing w:after="0"/>
              <w:jc w:val="center"/>
              <w:rPr>
                <w:sz w:val="20"/>
                <w:szCs w:val="20"/>
              </w:rPr>
            </w:pPr>
            <w:r w:rsidRPr="006C6122">
              <w:rPr>
                <w:b/>
                <w:color w:val="FFFFFF"/>
                <w:sz w:val="20"/>
                <w:szCs w:val="20"/>
              </w:rPr>
              <w:t>Scelta</w:t>
            </w:r>
          </w:p>
        </w:tc>
      </w:tr>
      <w:tr w:rsidR="00347C40" w14:paraId="1AE7F571" w14:textId="77777777">
        <w:trPr>
          <w:cantSplit/>
          <w:jc w:val="center"/>
        </w:trPr>
        <w:tc>
          <w:tcPr>
            <w:tcW w:w="567" w:type="dxa"/>
            <w:shd w:val="clear" w:color="auto" w:fill="F8FAFC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1A1C533B" w14:textId="77777777" w:rsidR="00347C40" w:rsidRPr="006C6122" w:rsidRDefault="00000000">
            <w:pPr>
              <w:spacing w:after="0" w:line="235" w:lineRule="auto"/>
              <w:jc w:val="center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RO6</w:t>
            </w:r>
          </w:p>
        </w:tc>
        <w:tc>
          <w:tcPr>
            <w:tcW w:w="737" w:type="dxa"/>
            <w:shd w:val="clear" w:color="auto" w:fill="F8FAFC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4BB1CF48" w14:textId="77777777" w:rsidR="00347C40" w:rsidRPr="006C6122" w:rsidRDefault="00000000">
            <w:pPr>
              <w:spacing w:after="0" w:line="235" w:lineRule="auto"/>
              <w:jc w:val="center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244997</w:t>
            </w:r>
          </w:p>
        </w:tc>
        <w:tc>
          <w:tcPr>
            <w:tcW w:w="4677" w:type="dxa"/>
            <w:shd w:val="clear" w:color="auto" w:fill="F8FAFC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7F69D69E" w14:textId="77777777" w:rsidR="00347C40" w:rsidRPr="006C6122" w:rsidRDefault="00000000">
            <w:pPr>
              <w:spacing w:after="0" w:line="235" w:lineRule="auto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Gestione dei conflitti, comunicazione assertiva e benessere organizzativo</w:t>
            </w:r>
          </w:p>
        </w:tc>
        <w:tc>
          <w:tcPr>
            <w:tcW w:w="2353" w:type="dxa"/>
            <w:shd w:val="clear" w:color="auto" w:fill="F8FAFC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1A5B66F5" w14:textId="77777777" w:rsidR="00347C40" w:rsidRPr="006C6122" w:rsidRDefault="00000000">
            <w:pPr>
              <w:spacing w:after="0" w:line="235" w:lineRule="auto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Tutti i profili ATA</w:t>
            </w:r>
          </w:p>
        </w:tc>
        <w:tc>
          <w:tcPr>
            <w:tcW w:w="794" w:type="dxa"/>
            <w:shd w:val="clear" w:color="auto" w:fill="F8FAFC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3F898CB6" w14:textId="77777777" w:rsidR="00347C40" w:rsidRPr="006C6122" w:rsidRDefault="00000000">
            <w:pPr>
              <w:spacing w:after="0" w:line="235" w:lineRule="auto"/>
              <w:jc w:val="center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☐ 1ª</w:t>
            </w:r>
            <w:r w:rsidRPr="006C6122">
              <w:rPr>
                <w:sz w:val="20"/>
                <w:szCs w:val="20"/>
              </w:rPr>
              <w:br/>
              <w:t>☐ 2ª</w:t>
            </w:r>
          </w:p>
        </w:tc>
      </w:tr>
      <w:tr w:rsidR="00347C40" w14:paraId="176D65BD" w14:textId="77777777">
        <w:trPr>
          <w:cantSplit/>
          <w:jc w:val="center"/>
        </w:trPr>
        <w:tc>
          <w:tcPr>
            <w:tcW w:w="567" w:type="dxa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4FBFA2ED" w14:textId="77777777" w:rsidR="00347C40" w:rsidRPr="006C6122" w:rsidRDefault="00000000">
            <w:pPr>
              <w:spacing w:after="0" w:line="235" w:lineRule="auto"/>
              <w:jc w:val="center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RO7</w:t>
            </w:r>
          </w:p>
        </w:tc>
        <w:tc>
          <w:tcPr>
            <w:tcW w:w="737" w:type="dxa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05DA44C1" w14:textId="77777777" w:rsidR="00347C40" w:rsidRPr="006C6122" w:rsidRDefault="00000000">
            <w:pPr>
              <w:spacing w:after="0" w:line="235" w:lineRule="auto"/>
              <w:jc w:val="center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245002</w:t>
            </w:r>
          </w:p>
        </w:tc>
        <w:tc>
          <w:tcPr>
            <w:tcW w:w="4677" w:type="dxa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218C4DBF" w14:textId="77777777" w:rsidR="00347C40" w:rsidRPr="006C6122" w:rsidRDefault="00000000">
            <w:pPr>
              <w:spacing w:after="0" w:line="235" w:lineRule="auto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Inclusione, vigilanza e supporto agli alunni</w:t>
            </w:r>
          </w:p>
        </w:tc>
        <w:tc>
          <w:tcPr>
            <w:tcW w:w="2353" w:type="dxa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1E8F639E" w14:textId="77777777" w:rsidR="00347C40" w:rsidRPr="006C6122" w:rsidRDefault="00000000">
            <w:pPr>
              <w:spacing w:after="0" w:line="235" w:lineRule="auto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Collaboratori scolastici</w:t>
            </w:r>
          </w:p>
        </w:tc>
        <w:tc>
          <w:tcPr>
            <w:tcW w:w="794" w:type="dxa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7DED65F5" w14:textId="77777777" w:rsidR="00347C40" w:rsidRPr="006C6122" w:rsidRDefault="00000000">
            <w:pPr>
              <w:spacing w:after="0" w:line="235" w:lineRule="auto"/>
              <w:jc w:val="center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☐ 1ª</w:t>
            </w:r>
            <w:r w:rsidRPr="006C6122">
              <w:rPr>
                <w:sz w:val="20"/>
                <w:szCs w:val="20"/>
              </w:rPr>
              <w:br/>
              <w:t>☐ 2ª</w:t>
            </w:r>
          </w:p>
        </w:tc>
      </w:tr>
      <w:tr w:rsidR="00347C40" w14:paraId="6CD60622" w14:textId="77777777">
        <w:trPr>
          <w:cantSplit/>
          <w:jc w:val="center"/>
        </w:trPr>
        <w:tc>
          <w:tcPr>
            <w:tcW w:w="567" w:type="dxa"/>
            <w:shd w:val="clear" w:color="auto" w:fill="F8FAFC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5AE4AF58" w14:textId="77777777" w:rsidR="00347C40" w:rsidRPr="006C6122" w:rsidRDefault="00000000">
            <w:pPr>
              <w:spacing w:after="0" w:line="235" w:lineRule="auto"/>
              <w:jc w:val="center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RO8</w:t>
            </w:r>
          </w:p>
        </w:tc>
        <w:tc>
          <w:tcPr>
            <w:tcW w:w="737" w:type="dxa"/>
            <w:shd w:val="clear" w:color="auto" w:fill="F8FAFC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122798D7" w14:textId="77777777" w:rsidR="00347C40" w:rsidRPr="006C6122" w:rsidRDefault="00000000">
            <w:pPr>
              <w:spacing w:after="0" w:line="235" w:lineRule="auto"/>
              <w:jc w:val="center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245019</w:t>
            </w:r>
          </w:p>
        </w:tc>
        <w:tc>
          <w:tcPr>
            <w:tcW w:w="4677" w:type="dxa"/>
            <w:shd w:val="clear" w:color="auto" w:fill="F8FAFC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141F29BA" w14:textId="77777777" w:rsidR="00347C40" w:rsidRPr="006C6122" w:rsidRDefault="00000000">
            <w:pPr>
              <w:spacing w:after="0" w:line="235" w:lineRule="auto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Inclusione, vigilanza e supporto agli alunni con disabilità</w:t>
            </w:r>
          </w:p>
        </w:tc>
        <w:tc>
          <w:tcPr>
            <w:tcW w:w="2353" w:type="dxa"/>
            <w:shd w:val="clear" w:color="auto" w:fill="F8FAFC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0A909233" w14:textId="77777777" w:rsidR="00347C40" w:rsidRPr="006C6122" w:rsidRDefault="00000000">
            <w:pPr>
              <w:spacing w:after="0" w:line="235" w:lineRule="auto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Collaboratori scolastici</w:t>
            </w:r>
          </w:p>
        </w:tc>
        <w:tc>
          <w:tcPr>
            <w:tcW w:w="794" w:type="dxa"/>
            <w:shd w:val="clear" w:color="auto" w:fill="F8FAFC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674568E5" w14:textId="77777777" w:rsidR="00347C40" w:rsidRPr="006C6122" w:rsidRDefault="00000000">
            <w:pPr>
              <w:spacing w:after="0" w:line="235" w:lineRule="auto"/>
              <w:jc w:val="center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☐ 1ª</w:t>
            </w:r>
            <w:r w:rsidRPr="006C6122">
              <w:rPr>
                <w:sz w:val="20"/>
                <w:szCs w:val="20"/>
              </w:rPr>
              <w:br/>
              <w:t>☐ 2ª</w:t>
            </w:r>
          </w:p>
        </w:tc>
      </w:tr>
      <w:tr w:rsidR="00347C40" w14:paraId="65A282C8" w14:textId="77777777">
        <w:trPr>
          <w:cantSplit/>
          <w:jc w:val="center"/>
        </w:trPr>
        <w:tc>
          <w:tcPr>
            <w:tcW w:w="567" w:type="dxa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69B64A99" w14:textId="77777777" w:rsidR="00347C40" w:rsidRPr="006C6122" w:rsidRDefault="00000000">
            <w:pPr>
              <w:spacing w:after="0" w:line="235" w:lineRule="auto"/>
              <w:jc w:val="center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TO1</w:t>
            </w:r>
          </w:p>
        </w:tc>
        <w:tc>
          <w:tcPr>
            <w:tcW w:w="737" w:type="dxa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1158C05A" w14:textId="77777777" w:rsidR="00347C40" w:rsidRPr="006C6122" w:rsidRDefault="00000000">
            <w:pPr>
              <w:spacing w:after="0" w:line="235" w:lineRule="auto"/>
              <w:jc w:val="center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244973</w:t>
            </w:r>
          </w:p>
        </w:tc>
        <w:tc>
          <w:tcPr>
            <w:tcW w:w="4677" w:type="dxa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14D7FE56" w14:textId="77777777" w:rsidR="00347C40" w:rsidRPr="006C6122" w:rsidRDefault="00000000">
            <w:pPr>
              <w:spacing w:after="0" w:line="235" w:lineRule="auto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Organizzazione degli spazi, logistica interna e supporto alle attività della scuola</w:t>
            </w:r>
          </w:p>
        </w:tc>
        <w:tc>
          <w:tcPr>
            <w:tcW w:w="2353" w:type="dxa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3D44E137" w14:textId="77777777" w:rsidR="00347C40" w:rsidRPr="006C6122" w:rsidRDefault="00000000">
            <w:pPr>
              <w:spacing w:after="0" w:line="235" w:lineRule="auto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Collaboratori scolastici, assistenti tecnici</w:t>
            </w:r>
          </w:p>
        </w:tc>
        <w:tc>
          <w:tcPr>
            <w:tcW w:w="794" w:type="dxa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1680C8C2" w14:textId="77777777" w:rsidR="00347C40" w:rsidRPr="006C6122" w:rsidRDefault="00000000">
            <w:pPr>
              <w:spacing w:after="0" w:line="235" w:lineRule="auto"/>
              <w:jc w:val="center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☐ 1ª</w:t>
            </w:r>
            <w:r w:rsidRPr="006C6122">
              <w:rPr>
                <w:sz w:val="20"/>
                <w:szCs w:val="20"/>
              </w:rPr>
              <w:br/>
              <w:t>☐ 2ª</w:t>
            </w:r>
          </w:p>
        </w:tc>
      </w:tr>
      <w:tr w:rsidR="00347C40" w14:paraId="4A52B003" w14:textId="77777777">
        <w:trPr>
          <w:cantSplit/>
          <w:jc w:val="center"/>
        </w:trPr>
        <w:tc>
          <w:tcPr>
            <w:tcW w:w="567" w:type="dxa"/>
            <w:shd w:val="clear" w:color="auto" w:fill="F8FAFC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2680175D" w14:textId="77777777" w:rsidR="00347C40" w:rsidRPr="006C6122" w:rsidRDefault="00000000">
            <w:pPr>
              <w:spacing w:after="0" w:line="235" w:lineRule="auto"/>
              <w:jc w:val="center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TO2</w:t>
            </w:r>
          </w:p>
        </w:tc>
        <w:tc>
          <w:tcPr>
            <w:tcW w:w="737" w:type="dxa"/>
            <w:shd w:val="clear" w:color="auto" w:fill="F8FAFC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1B0D030F" w14:textId="77777777" w:rsidR="00347C40" w:rsidRPr="006C6122" w:rsidRDefault="00000000">
            <w:pPr>
              <w:spacing w:after="0" w:line="235" w:lineRule="auto"/>
              <w:jc w:val="center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244975</w:t>
            </w:r>
          </w:p>
        </w:tc>
        <w:tc>
          <w:tcPr>
            <w:tcW w:w="4677" w:type="dxa"/>
            <w:shd w:val="clear" w:color="auto" w:fill="F8FAFC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5D3B19BC" w14:textId="77777777" w:rsidR="00347C40" w:rsidRPr="006C6122" w:rsidRDefault="00000000">
            <w:pPr>
              <w:spacing w:after="0" w:line="235" w:lineRule="auto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Manutenzione ordinaria, controllo delle attrezzature e cura degli ambienti</w:t>
            </w:r>
          </w:p>
        </w:tc>
        <w:tc>
          <w:tcPr>
            <w:tcW w:w="2353" w:type="dxa"/>
            <w:shd w:val="clear" w:color="auto" w:fill="F8FAFC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3F571F7B" w14:textId="77777777" w:rsidR="00347C40" w:rsidRPr="006C6122" w:rsidRDefault="00000000">
            <w:pPr>
              <w:spacing w:after="0" w:line="235" w:lineRule="auto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Collaboratori scolastici, assistenti tecnici</w:t>
            </w:r>
          </w:p>
        </w:tc>
        <w:tc>
          <w:tcPr>
            <w:tcW w:w="794" w:type="dxa"/>
            <w:shd w:val="clear" w:color="auto" w:fill="F8FAFC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0C5F97E4" w14:textId="77777777" w:rsidR="00347C40" w:rsidRPr="006C6122" w:rsidRDefault="00000000">
            <w:pPr>
              <w:spacing w:after="0" w:line="235" w:lineRule="auto"/>
              <w:jc w:val="center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☐ 1ª</w:t>
            </w:r>
            <w:r w:rsidRPr="006C6122">
              <w:rPr>
                <w:sz w:val="20"/>
                <w:szCs w:val="20"/>
              </w:rPr>
              <w:br/>
              <w:t>☐ 2ª</w:t>
            </w:r>
          </w:p>
        </w:tc>
      </w:tr>
      <w:tr w:rsidR="00347C40" w14:paraId="73EF6DB5" w14:textId="77777777">
        <w:trPr>
          <w:cantSplit/>
          <w:jc w:val="center"/>
        </w:trPr>
        <w:tc>
          <w:tcPr>
            <w:tcW w:w="567" w:type="dxa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6137470B" w14:textId="77777777" w:rsidR="00347C40" w:rsidRPr="006C6122" w:rsidRDefault="00000000">
            <w:pPr>
              <w:spacing w:after="0" w:line="235" w:lineRule="auto"/>
              <w:jc w:val="center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TO3</w:t>
            </w:r>
          </w:p>
        </w:tc>
        <w:tc>
          <w:tcPr>
            <w:tcW w:w="737" w:type="dxa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20AD56AD" w14:textId="77777777" w:rsidR="00347C40" w:rsidRPr="006C6122" w:rsidRDefault="00000000">
            <w:pPr>
              <w:spacing w:after="0" w:line="235" w:lineRule="auto"/>
              <w:jc w:val="center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244972</w:t>
            </w:r>
          </w:p>
        </w:tc>
        <w:tc>
          <w:tcPr>
            <w:tcW w:w="4677" w:type="dxa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34E2F0FB" w14:textId="77777777" w:rsidR="00347C40" w:rsidRPr="006C6122" w:rsidRDefault="00000000">
            <w:pPr>
              <w:spacing w:after="0" w:line="235" w:lineRule="auto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Sicurezza degli ambienti, procedure operative e gestione delle emergenze</w:t>
            </w:r>
          </w:p>
        </w:tc>
        <w:tc>
          <w:tcPr>
            <w:tcW w:w="2353" w:type="dxa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0143A7A0" w14:textId="77777777" w:rsidR="00347C40" w:rsidRPr="006C6122" w:rsidRDefault="00000000">
            <w:pPr>
              <w:spacing w:after="0" w:line="235" w:lineRule="auto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Collaboratori scolastici, assistenti tecnici</w:t>
            </w:r>
          </w:p>
        </w:tc>
        <w:tc>
          <w:tcPr>
            <w:tcW w:w="794" w:type="dxa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1B8261D2" w14:textId="77777777" w:rsidR="00347C40" w:rsidRPr="006C6122" w:rsidRDefault="00000000">
            <w:pPr>
              <w:spacing w:after="0" w:line="235" w:lineRule="auto"/>
              <w:jc w:val="center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☐ 1ª</w:t>
            </w:r>
            <w:r w:rsidRPr="006C6122">
              <w:rPr>
                <w:sz w:val="20"/>
                <w:szCs w:val="20"/>
              </w:rPr>
              <w:br/>
              <w:t>☐ 2ª</w:t>
            </w:r>
          </w:p>
        </w:tc>
      </w:tr>
      <w:tr w:rsidR="00347C40" w14:paraId="49229767" w14:textId="77777777">
        <w:trPr>
          <w:cantSplit/>
          <w:jc w:val="center"/>
        </w:trPr>
        <w:tc>
          <w:tcPr>
            <w:tcW w:w="567" w:type="dxa"/>
            <w:shd w:val="clear" w:color="auto" w:fill="F8FAFC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4350BBD7" w14:textId="77777777" w:rsidR="00347C40" w:rsidRPr="006C6122" w:rsidRDefault="00000000">
            <w:pPr>
              <w:spacing w:after="0" w:line="235" w:lineRule="auto"/>
              <w:jc w:val="center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TO4</w:t>
            </w:r>
          </w:p>
        </w:tc>
        <w:tc>
          <w:tcPr>
            <w:tcW w:w="737" w:type="dxa"/>
            <w:shd w:val="clear" w:color="auto" w:fill="F8FAFC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0B430BBD" w14:textId="77777777" w:rsidR="00347C40" w:rsidRPr="006C6122" w:rsidRDefault="00000000">
            <w:pPr>
              <w:spacing w:after="0" w:line="235" w:lineRule="auto"/>
              <w:jc w:val="center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244971</w:t>
            </w:r>
          </w:p>
        </w:tc>
        <w:tc>
          <w:tcPr>
            <w:tcW w:w="4677" w:type="dxa"/>
            <w:shd w:val="clear" w:color="auto" w:fill="F8FAFC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262602F7" w14:textId="77777777" w:rsidR="00347C40" w:rsidRPr="006C6122" w:rsidRDefault="00000000">
            <w:pPr>
              <w:spacing w:after="0" w:line="235" w:lineRule="auto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Supporto ai laboratori, agli ambienti didattici e alle dotazioni tecnologiche</w:t>
            </w:r>
          </w:p>
        </w:tc>
        <w:tc>
          <w:tcPr>
            <w:tcW w:w="2353" w:type="dxa"/>
            <w:shd w:val="clear" w:color="auto" w:fill="F8FAFC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1B4C8524" w14:textId="77777777" w:rsidR="00347C40" w:rsidRPr="006C6122" w:rsidRDefault="00000000">
            <w:pPr>
              <w:spacing w:after="0" w:line="235" w:lineRule="auto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Assistenti tecnici, collaboratori scolastici</w:t>
            </w:r>
          </w:p>
        </w:tc>
        <w:tc>
          <w:tcPr>
            <w:tcW w:w="794" w:type="dxa"/>
            <w:shd w:val="clear" w:color="auto" w:fill="F8FAFC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619C6D86" w14:textId="77777777" w:rsidR="00347C40" w:rsidRPr="006C6122" w:rsidRDefault="00000000">
            <w:pPr>
              <w:spacing w:after="0" w:line="235" w:lineRule="auto"/>
              <w:jc w:val="center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☐ 1ª</w:t>
            </w:r>
            <w:r w:rsidRPr="006C6122">
              <w:rPr>
                <w:sz w:val="20"/>
                <w:szCs w:val="20"/>
              </w:rPr>
              <w:br/>
              <w:t>☐ 2ª</w:t>
            </w:r>
          </w:p>
        </w:tc>
      </w:tr>
      <w:tr w:rsidR="00347C40" w14:paraId="2F9674FB" w14:textId="77777777">
        <w:trPr>
          <w:cantSplit/>
          <w:jc w:val="center"/>
        </w:trPr>
        <w:tc>
          <w:tcPr>
            <w:tcW w:w="567" w:type="dxa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4F172F92" w14:textId="77777777" w:rsidR="00347C40" w:rsidRPr="006C6122" w:rsidRDefault="00000000">
            <w:pPr>
              <w:spacing w:after="0" w:line="235" w:lineRule="auto"/>
              <w:jc w:val="center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DIG1</w:t>
            </w:r>
          </w:p>
        </w:tc>
        <w:tc>
          <w:tcPr>
            <w:tcW w:w="737" w:type="dxa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4788D61F" w14:textId="77777777" w:rsidR="00347C40" w:rsidRPr="006C6122" w:rsidRDefault="00000000">
            <w:pPr>
              <w:spacing w:after="0" w:line="235" w:lineRule="auto"/>
              <w:jc w:val="center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244960</w:t>
            </w:r>
          </w:p>
        </w:tc>
        <w:tc>
          <w:tcPr>
            <w:tcW w:w="4677" w:type="dxa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678B342F" w14:textId="77777777" w:rsidR="00347C40" w:rsidRPr="006C6122" w:rsidRDefault="00000000">
            <w:pPr>
              <w:spacing w:after="0" w:line="235" w:lineRule="auto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Sicurezza informatica, protezione dei dati e gestione digitale dei processi</w:t>
            </w:r>
          </w:p>
        </w:tc>
        <w:tc>
          <w:tcPr>
            <w:tcW w:w="2353" w:type="dxa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625DCF81" w14:textId="77777777" w:rsidR="00347C40" w:rsidRPr="006C6122" w:rsidRDefault="00000000">
            <w:pPr>
              <w:spacing w:after="0" w:line="235" w:lineRule="auto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Assistenti amministrativi e tecnici</w:t>
            </w:r>
          </w:p>
        </w:tc>
        <w:tc>
          <w:tcPr>
            <w:tcW w:w="794" w:type="dxa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43EE7F4D" w14:textId="77777777" w:rsidR="00347C40" w:rsidRPr="006C6122" w:rsidRDefault="00000000">
            <w:pPr>
              <w:spacing w:after="0" w:line="235" w:lineRule="auto"/>
              <w:jc w:val="center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☐ 1ª</w:t>
            </w:r>
            <w:r w:rsidRPr="006C6122">
              <w:rPr>
                <w:sz w:val="20"/>
                <w:szCs w:val="20"/>
              </w:rPr>
              <w:br/>
              <w:t>☐ 2ª</w:t>
            </w:r>
          </w:p>
        </w:tc>
      </w:tr>
      <w:tr w:rsidR="00347C40" w14:paraId="58616194" w14:textId="77777777">
        <w:trPr>
          <w:cantSplit/>
          <w:jc w:val="center"/>
        </w:trPr>
        <w:tc>
          <w:tcPr>
            <w:tcW w:w="567" w:type="dxa"/>
            <w:shd w:val="clear" w:color="auto" w:fill="F8FAFC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3A128A04" w14:textId="77777777" w:rsidR="00347C40" w:rsidRPr="006C6122" w:rsidRDefault="00000000">
            <w:pPr>
              <w:spacing w:after="0" w:line="235" w:lineRule="auto"/>
              <w:jc w:val="center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DIG2</w:t>
            </w:r>
          </w:p>
        </w:tc>
        <w:tc>
          <w:tcPr>
            <w:tcW w:w="737" w:type="dxa"/>
            <w:shd w:val="clear" w:color="auto" w:fill="F8FAFC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74458435" w14:textId="77777777" w:rsidR="00347C40" w:rsidRPr="006C6122" w:rsidRDefault="00000000">
            <w:pPr>
              <w:spacing w:after="0" w:line="235" w:lineRule="auto"/>
              <w:jc w:val="center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245059</w:t>
            </w:r>
          </w:p>
        </w:tc>
        <w:tc>
          <w:tcPr>
            <w:tcW w:w="4677" w:type="dxa"/>
            <w:shd w:val="clear" w:color="auto" w:fill="F8FAFC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29EDCD68" w14:textId="77777777" w:rsidR="00347C40" w:rsidRPr="006C6122" w:rsidRDefault="00000000">
            <w:pPr>
              <w:spacing w:after="0" w:line="235" w:lineRule="auto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Comunicazione digitale, servizi online e collaborazione negli ambienti di lavoro</w:t>
            </w:r>
          </w:p>
        </w:tc>
        <w:tc>
          <w:tcPr>
            <w:tcW w:w="2353" w:type="dxa"/>
            <w:shd w:val="clear" w:color="auto" w:fill="F8FAFC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22EDD4D7" w14:textId="77777777" w:rsidR="00347C40" w:rsidRPr="006C6122" w:rsidRDefault="00000000">
            <w:pPr>
              <w:spacing w:after="0" w:line="235" w:lineRule="auto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Assistenti amministrativi e tecnici</w:t>
            </w:r>
          </w:p>
        </w:tc>
        <w:tc>
          <w:tcPr>
            <w:tcW w:w="794" w:type="dxa"/>
            <w:shd w:val="clear" w:color="auto" w:fill="F8FAFC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190B0F94" w14:textId="77777777" w:rsidR="00347C40" w:rsidRPr="006C6122" w:rsidRDefault="00000000">
            <w:pPr>
              <w:spacing w:after="0" w:line="235" w:lineRule="auto"/>
              <w:jc w:val="center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☐ 1ª</w:t>
            </w:r>
            <w:r w:rsidRPr="006C6122">
              <w:rPr>
                <w:sz w:val="20"/>
                <w:szCs w:val="20"/>
              </w:rPr>
              <w:br/>
              <w:t>☐ 2ª</w:t>
            </w:r>
          </w:p>
        </w:tc>
      </w:tr>
      <w:tr w:rsidR="00347C40" w14:paraId="226A3DCC" w14:textId="77777777">
        <w:trPr>
          <w:cantSplit/>
          <w:jc w:val="center"/>
        </w:trPr>
        <w:tc>
          <w:tcPr>
            <w:tcW w:w="567" w:type="dxa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2AE9492D" w14:textId="77777777" w:rsidR="00347C40" w:rsidRPr="006C6122" w:rsidRDefault="00000000">
            <w:pPr>
              <w:spacing w:after="0" w:line="235" w:lineRule="auto"/>
              <w:jc w:val="center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DIG3</w:t>
            </w:r>
          </w:p>
        </w:tc>
        <w:tc>
          <w:tcPr>
            <w:tcW w:w="737" w:type="dxa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52A91817" w14:textId="77777777" w:rsidR="00347C40" w:rsidRPr="006C6122" w:rsidRDefault="00000000">
            <w:pPr>
              <w:spacing w:after="0" w:line="235" w:lineRule="auto"/>
              <w:jc w:val="center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244954</w:t>
            </w:r>
          </w:p>
        </w:tc>
        <w:tc>
          <w:tcPr>
            <w:tcW w:w="4677" w:type="dxa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3C0E14E7" w14:textId="77777777" w:rsidR="00347C40" w:rsidRPr="006C6122" w:rsidRDefault="00000000">
            <w:pPr>
              <w:spacing w:after="0" w:line="235" w:lineRule="auto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Sistemi informativi, piattaforme ministeriali e strumenti digitali per la gestione dei servizi</w:t>
            </w:r>
          </w:p>
        </w:tc>
        <w:tc>
          <w:tcPr>
            <w:tcW w:w="2353" w:type="dxa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0344C700" w14:textId="77777777" w:rsidR="00347C40" w:rsidRPr="006C6122" w:rsidRDefault="00000000">
            <w:pPr>
              <w:spacing w:after="0" w:line="235" w:lineRule="auto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Assistenti amministrativi e tecnici</w:t>
            </w:r>
          </w:p>
        </w:tc>
        <w:tc>
          <w:tcPr>
            <w:tcW w:w="794" w:type="dxa"/>
            <w:tcMar>
              <w:top w:w="45" w:type="dxa"/>
              <w:left w:w="48" w:type="dxa"/>
              <w:bottom w:w="45" w:type="dxa"/>
              <w:right w:w="48" w:type="dxa"/>
            </w:tcMar>
            <w:vAlign w:val="center"/>
          </w:tcPr>
          <w:p w14:paraId="0092FFC1" w14:textId="77777777" w:rsidR="00347C40" w:rsidRPr="006C6122" w:rsidRDefault="00000000">
            <w:pPr>
              <w:spacing w:after="0" w:line="235" w:lineRule="auto"/>
              <w:jc w:val="center"/>
              <w:rPr>
                <w:sz w:val="20"/>
                <w:szCs w:val="20"/>
              </w:rPr>
            </w:pPr>
            <w:r w:rsidRPr="006C6122">
              <w:rPr>
                <w:sz w:val="20"/>
                <w:szCs w:val="20"/>
              </w:rPr>
              <w:t>☐ 1ª</w:t>
            </w:r>
            <w:r w:rsidRPr="006C6122">
              <w:rPr>
                <w:sz w:val="20"/>
                <w:szCs w:val="20"/>
              </w:rPr>
              <w:br/>
              <w:t>☐ 2ª</w:t>
            </w:r>
          </w:p>
        </w:tc>
      </w:tr>
    </w:tbl>
    <w:p w14:paraId="60D18BCD" w14:textId="77777777" w:rsidR="00347C40" w:rsidRDefault="00000000">
      <w:pPr>
        <w:pStyle w:val="Small"/>
        <w:spacing w:after="80"/>
      </w:pPr>
      <w:r>
        <w:t>Nota: i moduli RO2, RO3, RO4 e RO8 sono edizioni parallele del medesimo percorso, attivate dalla scuola polo per rispondere al fabbisogno del territorio.</w:t>
      </w:r>
    </w:p>
    <w:p w14:paraId="2AC97CAE" w14:textId="77777777" w:rsidR="0061254E" w:rsidRDefault="0061254E">
      <w:pPr>
        <w:spacing w:after="40"/>
        <w:rPr>
          <w:b/>
          <w:color w:val="7A1F2B"/>
          <w:sz w:val="21"/>
        </w:rPr>
      </w:pPr>
    </w:p>
    <w:p w14:paraId="61ED1638" w14:textId="010B5506" w:rsidR="00347C40" w:rsidRPr="0061254E" w:rsidRDefault="00000000" w:rsidP="0061254E">
      <w:pPr>
        <w:spacing w:after="40"/>
        <w:jc w:val="center"/>
        <w:rPr>
          <w:sz w:val="22"/>
        </w:rPr>
      </w:pPr>
      <w:r w:rsidRPr="0061254E">
        <w:rPr>
          <w:b/>
          <w:color w:val="7A1F2B"/>
          <w:sz w:val="22"/>
        </w:rPr>
        <w:t>DICHIARAZIONI</w:t>
      </w:r>
    </w:p>
    <w:p w14:paraId="5F7A434D" w14:textId="77777777" w:rsidR="00347C40" w:rsidRPr="0061254E" w:rsidRDefault="00000000">
      <w:pPr>
        <w:jc w:val="both"/>
        <w:rPr>
          <w:sz w:val="22"/>
        </w:rPr>
      </w:pPr>
      <w:r w:rsidRPr="0061254E">
        <w:rPr>
          <w:sz w:val="22"/>
        </w:rPr>
        <w:t>Il/La sottoscritto/a dichiara di aver preso visione delle modalità organizzative dei corsi: attività esclusivamente in presenza presso l’IPSSAR “Ugo Tognazzi” di Velletri, 10 incontri da 3 ore, il martedì e il giovedì, a partire dal 6 ottobre 2026; in caso di ammissione, si impegna a garantire una frequenza regolare e continuativa.</w:t>
      </w:r>
    </w:p>
    <w:p w14:paraId="7074BC75" w14:textId="77777777" w:rsidR="00347C40" w:rsidRPr="0061254E" w:rsidRDefault="00000000">
      <w:pPr>
        <w:spacing w:after="100"/>
        <w:jc w:val="both"/>
        <w:rPr>
          <w:sz w:val="22"/>
        </w:rPr>
      </w:pPr>
      <w:r w:rsidRPr="0061254E">
        <w:rPr>
          <w:sz w:val="22"/>
        </w:rPr>
        <w:t>Dichiara inoltre di essere informato/a che l’attestato è rilasciato ai corsisti con almeno il 75% di frequenza e che i dati anagrafici e il codice fiscale saranno utilizzati per le procedure di iscrizione, registrazione delle presenze, monitoraggio e rendicontazione del progetto, secondo l’informativa sul trattamento dei dati personali resa disponibile dall’istituzione scolastica titolare del trattamento.</w:t>
      </w:r>
    </w:p>
    <w:p w14:paraId="66FA7F74" w14:textId="77777777" w:rsidR="0061254E" w:rsidRDefault="0061254E">
      <w:pPr>
        <w:spacing w:after="0"/>
        <w:rPr>
          <w:b/>
        </w:rPr>
      </w:pPr>
    </w:p>
    <w:p w14:paraId="7DF04E63" w14:textId="77777777" w:rsidR="0061254E" w:rsidRDefault="0061254E">
      <w:pPr>
        <w:spacing w:after="0"/>
        <w:rPr>
          <w:b/>
        </w:rPr>
      </w:pPr>
    </w:p>
    <w:p w14:paraId="496ECC64" w14:textId="32F862BA" w:rsidR="00347C40" w:rsidRDefault="00000000">
      <w:pPr>
        <w:spacing w:after="0"/>
      </w:pPr>
      <w:r>
        <w:rPr>
          <w:b/>
        </w:rPr>
        <w:t>Data ____/____/2026</w:t>
      </w:r>
      <w:r>
        <w:t xml:space="preserve">              </w:t>
      </w:r>
      <w:r>
        <w:rPr>
          <w:b/>
        </w:rPr>
        <w:t>Firma ______________________________________________</w:t>
      </w:r>
    </w:p>
    <w:sectPr w:rsidR="00347C40" w:rsidSect="00034616">
      <w:headerReference w:type="default" r:id="rId8"/>
      <w:footerReference w:type="default" r:id="rId9"/>
      <w:pgSz w:w="12240" w:h="15840"/>
      <w:pgMar w:top="850" w:right="1020" w:bottom="822" w:left="1020" w:header="312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5002FD" w14:textId="77777777" w:rsidR="00C67799" w:rsidRDefault="00C67799">
      <w:pPr>
        <w:spacing w:after="0" w:line="240" w:lineRule="auto"/>
      </w:pPr>
      <w:r>
        <w:separator/>
      </w:r>
    </w:p>
  </w:endnote>
  <w:endnote w:type="continuationSeparator" w:id="0">
    <w:p w14:paraId="380A3A4E" w14:textId="77777777" w:rsidR="00C67799" w:rsidRDefault="00C677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7B4A2" w14:textId="77777777" w:rsidR="00347C40" w:rsidRDefault="00000000">
    <w:pPr>
      <w:pStyle w:val="Pidipagina"/>
      <w:jc w:val="center"/>
    </w:pPr>
    <w:r>
      <w:rPr>
        <w:color w:val="787878"/>
        <w:sz w:val="15"/>
      </w:rPr>
      <w:t>Allegato A – Modulo di adesione ai percorsi formativi D.M. 40/2026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EAAD5A" w14:textId="77777777" w:rsidR="00C67799" w:rsidRDefault="00C67799">
      <w:pPr>
        <w:spacing w:after="0" w:line="240" w:lineRule="auto"/>
      </w:pPr>
      <w:r>
        <w:separator/>
      </w:r>
    </w:p>
  </w:footnote>
  <w:footnote w:type="continuationSeparator" w:id="0">
    <w:p w14:paraId="29312A4E" w14:textId="77777777" w:rsidR="00C67799" w:rsidRDefault="00C677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4C077" w14:textId="77777777" w:rsidR="00347C40" w:rsidRPr="0061254E" w:rsidRDefault="00000000">
    <w:pPr>
      <w:pStyle w:val="Intestazione"/>
      <w:jc w:val="center"/>
      <w:rPr>
        <w:color w:val="17365D" w:themeColor="text2" w:themeShade="BF"/>
      </w:rPr>
    </w:pPr>
    <w:r w:rsidRPr="0061254E">
      <w:rPr>
        <w:b/>
        <w:color w:val="17365D" w:themeColor="text2" w:themeShade="BF"/>
        <w:sz w:val="21"/>
      </w:rPr>
      <w:t>ISTITUTO COMPRENSIVO “PRIMO LEVI” – MARINO</w:t>
    </w:r>
  </w:p>
  <w:p w14:paraId="28C88E2B" w14:textId="77777777" w:rsidR="00347C40" w:rsidRDefault="00000000">
    <w:pPr>
      <w:pBdr>
        <w:bottom w:val="single" w:sz="8" w:space="2" w:color="7A1F2B"/>
      </w:pBdr>
      <w:jc w:val="center"/>
    </w:pPr>
    <w:r>
      <w:rPr>
        <w:color w:val="5F5F5F"/>
        <w:sz w:val="16"/>
      </w:rPr>
      <w:t>Circolare interna – Formazione del personale ATA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77046117">
    <w:abstractNumId w:val="8"/>
  </w:num>
  <w:num w:numId="2" w16cid:durableId="1735662967">
    <w:abstractNumId w:val="6"/>
  </w:num>
  <w:num w:numId="3" w16cid:durableId="490371815">
    <w:abstractNumId w:val="5"/>
  </w:num>
  <w:num w:numId="4" w16cid:durableId="1884554379">
    <w:abstractNumId w:val="4"/>
  </w:num>
  <w:num w:numId="5" w16cid:durableId="655568607">
    <w:abstractNumId w:val="7"/>
  </w:num>
  <w:num w:numId="6" w16cid:durableId="1252012296">
    <w:abstractNumId w:val="3"/>
  </w:num>
  <w:num w:numId="7" w16cid:durableId="970789762">
    <w:abstractNumId w:val="2"/>
  </w:num>
  <w:num w:numId="8" w16cid:durableId="1936278765">
    <w:abstractNumId w:val="1"/>
  </w:num>
  <w:num w:numId="9" w16cid:durableId="20501034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E51E6"/>
    <w:rsid w:val="00326F90"/>
    <w:rsid w:val="00347C40"/>
    <w:rsid w:val="0061254E"/>
    <w:rsid w:val="00662E00"/>
    <w:rsid w:val="006C6122"/>
    <w:rsid w:val="008072B8"/>
    <w:rsid w:val="00AA1D8D"/>
    <w:rsid w:val="00B47730"/>
    <w:rsid w:val="00C67799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4A7C0D9"/>
  <w14:defaultImageDpi w14:val="300"/>
  <w15:docId w15:val="{3CF290F0-0260-4050-9DA6-94B2F6E63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60" w:line="245" w:lineRule="auto"/>
    </w:pPr>
    <w:rPr>
      <w:rFonts w:ascii="Arial" w:hAnsi="Arial"/>
      <w:sz w:val="19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">
    <w:name w:val="Small"/>
    <w:pPr>
      <w:spacing w:after="20"/>
    </w:pPr>
    <w:rPr>
      <w:rFonts w:ascii="Arial" w:hAnsi="Arial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652</Words>
  <Characters>3721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Francesca Toscano</cp:lastModifiedBy>
  <cp:revision>2</cp:revision>
  <dcterms:created xsi:type="dcterms:W3CDTF">2026-09-30T13:19:00Z</dcterms:created>
  <dcterms:modified xsi:type="dcterms:W3CDTF">2026-09-30T13:19:00Z</dcterms:modified>
  <cp:category/>
</cp:coreProperties>
</file>